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ACEE8" w14:textId="77777777" w:rsidR="00C23D50" w:rsidRDefault="00C8704B">
      <w:pPr>
        <w:jc w:val="center"/>
        <w:rPr>
          <w:lang w:eastAsia="ko-KR"/>
        </w:rPr>
      </w:pPr>
      <w:r>
        <w:rPr>
          <w:b/>
          <w:sz w:val="40"/>
          <w:lang w:eastAsia="ko-KR"/>
        </w:rPr>
        <w:t xml:space="preserve">2026 </w:t>
      </w:r>
      <w:r>
        <w:rPr>
          <w:b/>
          <w:sz w:val="40"/>
          <w:lang w:eastAsia="ko-KR"/>
        </w:rPr>
        <w:t>우송</w:t>
      </w:r>
      <w:r>
        <w:rPr>
          <w:b/>
          <w:sz w:val="40"/>
          <w:lang w:eastAsia="ko-KR"/>
        </w:rPr>
        <w:t xml:space="preserve"> </w:t>
      </w:r>
      <w:r>
        <w:rPr>
          <w:b/>
          <w:sz w:val="40"/>
          <w:lang w:eastAsia="ko-KR"/>
        </w:rPr>
        <w:t>버디</w:t>
      </w:r>
      <w:r>
        <w:rPr>
          <w:b/>
          <w:sz w:val="40"/>
          <w:lang w:eastAsia="ko-KR"/>
        </w:rPr>
        <w:t xml:space="preserve"> </w:t>
      </w:r>
      <w:r>
        <w:rPr>
          <w:b/>
          <w:sz w:val="40"/>
          <w:lang w:eastAsia="ko-KR"/>
        </w:rPr>
        <w:t>오디세이</w:t>
      </w:r>
      <w:r>
        <w:rPr>
          <w:b/>
          <w:sz w:val="40"/>
          <w:lang w:eastAsia="ko-KR"/>
        </w:rPr>
        <w:t xml:space="preserve"> – </w:t>
      </w:r>
      <w:r>
        <w:rPr>
          <w:b/>
          <w:sz w:val="40"/>
          <w:lang w:eastAsia="ko-KR"/>
        </w:rPr>
        <w:t>부산</w:t>
      </w:r>
    </w:p>
    <w:p w14:paraId="1CB07911" w14:textId="77777777" w:rsidR="00C23D50" w:rsidRDefault="00C8704B">
      <w:pPr>
        <w:jc w:val="center"/>
        <w:rPr>
          <w:lang w:eastAsia="ko-KR"/>
        </w:rPr>
      </w:pPr>
      <w:r>
        <w:rPr>
          <w:b/>
          <w:sz w:val="28"/>
          <w:lang w:eastAsia="ko-KR"/>
        </w:rPr>
        <w:t>행사</w:t>
      </w:r>
      <w:r>
        <w:rPr>
          <w:b/>
          <w:sz w:val="28"/>
          <w:lang w:eastAsia="ko-KR"/>
        </w:rPr>
        <w:t xml:space="preserve"> </w:t>
      </w:r>
      <w:r>
        <w:rPr>
          <w:b/>
          <w:sz w:val="28"/>
          <w:lang w:eastAsia="ko-KR"/>
        </w:rPr>
        <w:t>운영</w:t>
      </w:r>
      <w:r>
        <w:rPr>
          <w:b/>
          <w:sz w:val="28"/>
          <w:lang w:eastAsia="ko-KR"/>
        </w:rPr>
        <w:t xml:space="preserve"> </w:t>
      </w:r>
      <w:r>
        <w:rPr>
          <w:b/>
          <w:sz w:val="28"/>
          <w:lang w:eastAsia="ko-KR"/>
        </w:rPr>
        <w:t>및</w:t>
      </w:r>
      <w:r>
        <w:rPr>
          <w:b/>
          <w:sz w:val="28"/>
          <w:lang w:eastAsia="ko-KR"/>
        </w:rPr>
        <w:t xml:space="preserve"> </w:t>
      </w:r>
      <w:r>
        <w:rPr>
          <w:b/>
          <w:sz w:val="28"/>
          <w:lang w:eastAsia="ko-KR"/>
        </w:rPr>
        <w:t>세부</w:t>
      </w:r>
      <w:r>
        <w:rPr>
          <w:b/>
          <w:sz w:val="28"/>
          <w:lang w:eastAsia="ko-KR"/>
        </w:rPr>
        <w:t xml:space="preserve"> </w:t>
      </w:r>
      <w:r>
        <w:rPr>
          <w:b/>
          <w:sz w:val="28"/>
          <w:lang w:eastAsia="ko-KR"/>
        </w:rPr>
        <w:t>계획</w:t>
      </w:r>
    </w:p>
    <w:p w14:paraId="39215266" w14:textId="159AAF76" w:rsidR="00C23D50" w:rsidRDefault="00C8704B">
      <w:pPr>
        <w:spacing w:before="200" w:after="100"/>
        <w:rPr>
          <w:rFonts w:hint="eastAsia"/>
          <w:lang w:eastAsia="ko-KR"/>
        </w:rPr>
      </w:pPr>
      <w:r>
        <w:rPr>
          <w:b/>
          <w:sz w:val="26"/>
        </w:rPr>
        <w:t xml:space="preserve">1. </w:t>
      </w:r>
      <w:proofErr w:type="spellStart"/>
      <w:r>
        <w:rPr>
          <w:b/>
          <w:sz w:val="26"/>
        </w:rPr>
        <w:t>행사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개요</w:t>
      </w:r>
      <w:proofErr w:type="spellEnd"/>
      <w:r w:rsidR="00F12368">
        <w:rPr>
          <w:rFonts w:hint="eastAsia"/>
          <w:b/>
          <w:sz w:val="26"/>
          <w:lang w:eastAsia="ko-KR"/>
        </w:rPr>
        <w:t xml:space="preserve"> 및 목적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7370"/>
      </w:tblGrid>
      <w:tr w:rsidR="00C23D50" w14:paraId="3BF31B5C" w14:textId="77777777">
        <w:trPr>
          <w:jc w:val="center"/>
        </w:trPr>
        <w:tc>
          <w:tcPr>
            <w:tcW w:w="1984" w:type="dxa"/>
            <w:vAlign w:val="center"/>
          </w:tcPr>
          <w:p w14:paraId="4E62E8FF" w14:textId="77777777" w:rsidR="00C23D50" w:rsidRDefault="00C8704B">
            <w:proofErr w:type="spellStart"/>
            <w:r>
              <w:rPr>
                <w:b/>
              </w:rPr>
              <w:t>행사명</w:t>
            </w:r>
            <w:proofErr w:type="spellEnd"/>
          </w:p>
        </w:tc>
        <w:tc>
          <w:tcPr>
            <w:tcW w:w="7370" w:type="dxa"/>
            <w:vAlign w:val="center"/>
          </w:tcPr>
          <w:p w14:paraId="43916597" w14:textId="7BFB20B5" w:rsidR="00C23D50" w:rsidRDefault="00747147">
            <w:pPr>
              <w:rPr>
                <w:lang w:eastAsia="ko-KR"/>
              </w:rPr>
            </w:pPr>
            <w:r>
              <w:rPr>
                <w:lang w:eastAsia="ko-KR"/>
              </w:rPr>
              <w:t>글로벌</w:t>
            </w:r>
            <w:r w:rsidR="00C8704B">
              <w:rPr>
                <w:lang w:eastAsia="ko-KR"/>
              </w:rPr>
              <w:t xml:space="preserve"> </w:t>
            </w:r>
            <w:r w:rsidR="00C8704B">
              <w:rPr>
                <w:lang w:eastAsia="ko-KR"/>
              </w:rPr>
              <w:t>버디</w:t>
            </w:r>
            <w:r w:rsidR="00C8704B">
              <w:rPr>
                <w:lang w:eastAsia="ko-KR"/>
              </w:rPr>
              <w:t xml:space="preserve"> </w:t>
            </w:r>
            <w:r w:rsidR="00C8704B">
              <w:rPr>
                <w:lang w:eastAsia="ko-KR"/>
              </w:rPr>
              <w:t>오디세이</w:t>
            </w:r>
            <w:r w:rsidR="00C8704B">
              <w:rPr>
                <w:lang w:eastAsia="ko-KR"/>
              </w:rPr>
              <w:t xml:space="preserve"> – </w:t>
            </w:r>
            <w:r w:rsidR="00C8704B">
              <w:rPr>
                <w:lang w:eastAsia="ko-KR"/>
              </w:rPr>
              <w:t>부산</w:t>
            </w:r>
          </w:p>
        </w:tc>
      </w:tr>
      <w:tr w:rsidR="00C23D50" w14:paraId="08C9D9F4" w14:textId="77777777">
        <w:trPr>
          <w:jc w:val="center"/>
        </w:trPr>
        <w:tc>
          <w:tcPr>
            <w:tcW w:w="1984" w:type="dxa"/>
            <w:vAlign w:val="center"/>
          </w:tcPr>
          <w:p w14:paraId="786D7987" w14:textId="77777777" w:rsidR="00C23D50" w:rsidRDefault="00C8704B">
            <w:proofErr w:type="spellStart"/>
            <w:r>
              <w:rPr>
                <w:b/>
              </w:rPr>
              <w:t>일정</w:t>
            </w:r>
            <w:proofErr w:type="spellEnd"/>
          </w:p>
        </w:tc>
        <w:tc>
          <w:tcPr>
            <w:tcW w:w="7370" w:type="dxa"/>
            <w:vAlign w:val="center"/>
          </w:tcPr>
          <w:p w14:paraId="1ADC1978" w14:textId="77777777" w:rsidR="00C23D50" w:rsidRDefault="00C8704B">
            <w:r>
              <w:t>2026</w:t>
            </w:r>
            <w:r>
              <w:t>년</w:t>
            </w:r>
            <w:r>
              <w:t xml:space="preserve"> 10</w:t>
            </w:r>
            <w:r>
              <w:t>월</w:t>
            </w:r>
            <w:r>
              <w:t xml:space="preserve"> 9</w:t>
            </w:r>
            <w:r>
              <w:t>일</w:t>
            </w:r>
            <w:r>
              <w:t>(</w:t>
            </w:r>
            <w:r>
              <w:t>금</w:t>
            </w:r>
            <w:r>
              <w:t xml:space="preserve">) / </w:t>
            </w:r>
            <w:r>
              <w:t>공휴일</w:t>
            </w:r>
          </w:p>
        </w:tc>
      </w:tr>
      <w:tr w:rsidR="00C23D50" w14:paraId="592D9B29" w14:textId="77777777">
        <w:trPr>
          <w:jc w:val="center"/>
        </w:trPr>
        <w:tc>
          <w:tcPr>
            <w:tcW w:w="1984" w:type="dxa"/>
            <w:vAlign w:val="center"/>
          </w:tcPr>
          <w:p w14:paraId="42BB1273" w14:textId="77777777" w:rsidR="00C23D50" w:rsidRDefault="00C8704B">
            <w:r>
              <w:rPr>
                <w:b/>
              </w:rPr>
              <w:t>출발</w:t>
            </w:r>
          </w:p>
        </w:tc>
        <w:tc>
          <w:tcPr>
            <w:tcW w:w="7370" w:type="dxa"/>
            <w:vAlign w:val="center"/>
          </w:tcPr>
          <w:p w14:paraId="1DBF9115" w14:textId="77777777" w:rsidR="00C23D50" w:rsidRDefault="00C8704B">
            <w:r>
              <w:t>오전</w:t>
            </w:r>
            <w:r>
              <w:t xml:space="preserve"> 7:00 </w:t>
            </w:r>
            <w:r>
              <w:t>우송대학교</w:t>
            </w:r>
            <w:r>
              <w:t xml:space="preserve"> </w:t>
            </w:r>
            <w:r>
              <w:t>출발</w:t>
            </w:r>
          </w:p>
        </w:tc>
      </w:tr>
      <w:tr w:rsidR="00C23D50" w14:paraId="0FDAFB1C" w14:textId="77777777">
        <w:trPr>
          <w:jc w:val="center"/>
        </w:trPr>
        <w:tc>
          <w:tcPr>
            <w:tcW w:w="1984" w:type="dxa"/>
            <w:vAlign w:val="center"/>
          </w:tcPr>
          <w:p w14:paraId="45A64724" w14:textId="77777777" w:rsidR="00C23D50" w:rsidRDefault="00C8704B">
            <w:r>
              <w:rPr>
                <w:b/>
              </w:rPr>
              <w:t>도착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예정</w:t>
            </w:r>
          </w:p>
        </w:tc>
        <w:tc>
          <w:tcPr>
            <w:tcW w:w="7370" w:type="dxa"/>
            <w:vAlign w:val="center"/>
          </w:tcPr>
          <w:p w14:paraId="1704025A" w14:textId="77777777" w:rsidR="00C23D50" w:rsidRDefault="00C8704B">
            <w:r>
              <w:t>오후</w:t>
            </w:r>
            <w:r>
              <w:t xml:space="preserve"> 9:00 </w:t>
            </w:r>
            <w:r>
              <w:t>우송대학교</w:t>
            </w:r>
            <w:r>
              <w:t xml:space="preserve"> </w:t>
            </w:r>
            <w:r>
              <w:t>도착</w:t>
            </w:r>
          </w:p>
        </w:tc>
      </w:tr>
      <w:tr w:rsidR="00C23D50" w14:paraId="2808FC49" w14:textId="77777777">
        <w:trPr>
          <w:jc w:val="center"/>
        </w:trPr>
        <w:tc>
          <w:tcPr>
            <w:tcW w:w="1984" w:type="dxa"/>
            <w:vAlign w:val="center"/>
          </w:tcPr>
          <w:p w14:paraId="5EE00E6D" w14:textId="77777777" w:rsidR="00C23D50" w:rsidRDefault="00C8704B">
            <w:r>
              <w:rPr>
                <w:b/>
              </w:rPr>
              <w:t>참가인원</w:t>
            </w:r>
          </w:p>
        </w:tc>
        <w:tc>
          <w:tcPr>
            <w:tcW w:w="7370" w:type="dxa"/>
            <w:vAlign w:val="center"/>
          </w:tcPr>
          <w:p w14:paraId="549660B6" w14:textId="40961D37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총</w:t>
            </w:r>
            <w:r>
              <w:rPr>
                <w:lang w:eastAsia="ko-KR"/>
              </w:rPr>
              <w:t xml:space="preserve"> 2</w:t>
            </w:r>
            <w:r w:rsidR="00DC1DAB">
              <w:rPr>
                <w:lang w:eastAsia="ko-KR"/>
              </w:rPr>
              <w:t>1</w:t>
            </w:r>
            <w:r>
              <w:rPr>
                <w:lang w:eastAsia="ko-KR"/>
              </w:rPr>
              <w:t>0</w:t>
            </w:r>
            <w:r>
              <w:rPr>
                <w:lang w:eastAsia="ko-KR"/>
              </w:rPr>
              <w:t>명</w:t>
            </w:r>
            <w:r>
              <w:rPr>
                <w:lang w:eastAsia="ko-KR"/>
              </w:rPr>
              <w:t>(</w:t>
            </w:r>
            <w:r>
              <w:rPr>
                <w:lang w:eastAsia="ko-KR"/>
              </w:rPr>
              <w:t>유학생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한국학생</w:t>
            </w:r>
            <w:r w:rsidR="00DC1DAB">
              <w:rPr>
                <w:rFonts w:hint="eastAsia"/>
                <w:lang w:eastAsia="ko-KR"/>
              </w:rPr>
              <w:t>,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안내자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스태프</w:t>
            </w:r>
            <w:r>
              <w:rPr>
                <w:lang w:eastAsia="ko-KR"/>
              </w:rPr>
              <w:t xml:space="preserve"> </w:t>
            </w:r>
            <w:r w:rsidR="00747147">
              <w:rPr>
                <w:lang w:eastAsia="ko-KR"/>
              </w:rPr>
              <w:t>10</w:t>
            </w:r>
            <w:r w:rsidR="00747147">
              <w:rPr>
                <w:rFonts w:hint="eastAsia"/>
                <w:lang w:eastAsia="ko-KR"/>
              </w:rPr>
              <w:t>명</w:t>
            </w:r>
            <w:r w:rsidR="00DC1DAB">
              <w:rPr>
                <w:rFonts w:hint="eastAsia"/>
                <w:lang w:eastAsia="ko-KR"/>
              </w:rPr>
              <w:t xml:space="preserve"> 포함</w:t>
            </w:r>
            <w:r>
              <w:rPr>
                <w:lang w:eastAsia="ko-KR"/>
              </w:rPr>
              <w:t>)</w:t>
            </w:r>
          </w:p>
        </w:tc>
      </w:tr>
      <w:tr w:rsidR="00C23D50" w14:paraId="77A54972" w14:textId="77777777">
        <w:trPr>
          <w:jc w:val="center"/>
        </w:trPr>
        <w:tc>
          <w:tcPr>
            <w:tcW w:w="1984" w:type="dxa"/>
            <w:vAlign w:val="center"/>
          </w:tcPr>
          <w:p w14:paraId="7BC35202" w14:textId="77777777" w:rsidR="00C23D50" w:rsidRDefault="00C8704B">
            <w:proofErr w:type="spellStart"/>
            <w:r>
              <w:rPr>
                <w:b/>
              </w:rPr>
              <w:t>교통편</w:t>
            </w:r>
            <w:proofErr w:type="spellEnd"/>
          </w:p>
        </w:tc>
        <w:tc>
          <w:tcPr>
            <w:tcW w:w="7370" w:type="dxa"/>
            <w:vAlign w:val="center"/>
          </w:tcPr>
          <w:p w14:paraId="0F2E2099" w14:textId="77777777" w:rsidR="00C23D50" w:rsidRDefault="00C8704B">
            <w:r>
              <w:t>전세버스</w:t>
            </w:r>
            <w:r>
              <w:t xml:space="preserve"> 6</w:t>
            </w:r>
            <w:r>
              <w:t>대</w:t>
            </w:r>
          </w:p>
        </w:tc>
      </w:tr>
      <w:tr w:rsidR="00C23D50" w14:paraId="0C010F59" w14:textId="77777777">
        <w:trPr>
          <w:jc w:val="center"/>
        </w:trPr>
        <w:tc>
          <w:tcPr>
            <w:tcW w:w="1984" w:type="dxa"/>
            <w:vAlign w:val="center"/>
          </w:tcPr>
          <w:p w14:paraId="1AFF9FA4" w14:textId="77777777" w:rsidR="00C23D50" w:rsidRDefault="00C8704B">
            <w:r>
              <w:rPr>
                <w:b/>
              </w:rPr>
              <w:t>추가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참가</w:t>
            </w:r>
          </w:p>
        </w:tc>
        <w:tc>
          <w:tcPr>
            <w:tcW w:w="7370" w:type="dxa"/>
            <w:vAlign w:val="center"/>
          </w:tcPr>
          <w:p w14:paraId="5B9C088E" w14:textId="77777777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수용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여건에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따라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최대</w:t>
            </w:r>
            <w:r>
              <w:rPr>
                <w:lang w:eastAsia="ko-KR"/>
              </w:rPr>
              <w:t xml:space="preserve"> 20</w:t>
            </w:r>
            <w:r>
              <w:rPr>
                <w:lang w:eastAsia="ko-KR"/>
              </w:rPr>
              <w:t>명까지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추가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참가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가능</w:t>
            </w:r>
          </w:p>
        </w:tc>
      </w:tr>
    </w:tbl>
    <w:p w14:paraId="1FB6820E" w14:textId="1699398A" w:rsidR="00C23D50" w:rsidRDefault="00F12368" w:rsidP="00F12368">
      <w:pPr>
        <w:spacing w:before="200" w:after="100"/>
        <w:ind w:firstLineChars="100" w:firstLine="260"/>
        <w:rPr>
          <w:lang w:eastAsia="ko-KR"/>
        </w:rPr>
      </w:pPr>
      <w:r>
        <w:rPr>
          <w:b/>
          <w:sz w:val="26"/>
          <w:lang w:eastAsia="ko-KR"/>
        </w:rPr>
        <w:t>-</w:t>
      </w:r>
      <w:r w:rsidR="00C8704B">
        <w:rPr>
          <w:b/>
          <w:sz w:val="26"/>
          <w:lang w:eastAsia="ko-KR"/>
        </w:rPr>
        <w:t xml:space="preserve"> </w:t>
      </w:r>
      <w:r w:rsidR="00C8704B">
        <w:rPr>
          <w:b/>
          <w:sz w:val="26"/>
          <w:lang w:eastAsia="ko-KR"/>
        </w:rPr>
        <w:t>행사</w:t>
      </w:r>
      <w:r w:rsidR="00C8704B">
        <w:rPr>
          <w:b/>
          <w:sz w:val="26"/>
          <w:lang w:eastAsia="ko-KR"/>
        </w:rPr>
        <w:t xml:space="preserve"> </w:t>
      </w:r>
      <w:r w:rsidR="00C8704B">
        <w:rPr>
          <w:b/>
          <w:sz w:val="26"/>
          <w:lang w:eastAsia="ko-KR"/>
        </w:rPr>
        <w:t>목적</w:t>
      </w:r>
    </w:p>
    <w:p w14:paraId="37A819D2" w14:textId="7BD0084E" w:rsidR="00C23D50" w:rsidRDefault="00C8704B">
      <w:pPr>
        <w:ind w:left="113"/>
        <w:rPr>
          <w:lang w:eastAsia="ko-KR"/>
        </w:rPr>
      </w:pPr>
      <w:r>
        <w:rPr>
          <w:lang w:eastAsia="ko-KR"/>
        </w:rPr>
        <w:t>부산의</w:t>
      </w:r>
      <w:r>
        <w:rPr>
          <w:lang w:eastAsia="ko-KR"/>
        </w:rPr>
        <w:t xml:space="preserve"> </w:t>
      </w:r>
      <w:r>
        <w:rPr>
          <w:lang w:eastAsia="ko-KR"/>
        </w:rPr>
        <w:t>주요</w:t>
      </w:r>
      <w:r>
        <w:rPr>
          <w:lang w:eastAsia="ko-KR"/>
        </w:rPr>
        <w:t xml:space="preserve"> </w:t>
      </w:r>
      <w:r>
        <w:rPr>
          <w:lang w:eastAsia="ko-KR"/>
        </w:rPr>
        <w:t>문화</w:t>
      </w:r>
      <w:r w:rsidR="00F12368">
        <w:rPr>
          <w:rFonts w:hint="eastAsia"/>
          <w:lang w:eastAsia="ko-KR"/>
        </w:rPr>
        <w:t xml:space="preserve"> </w:t>
      </w:r>
      <w:r>
        <w:rPr>
          <w:lang w:eastAsia="ko-KR"/>
        </w:rPr>
        <w:t>·</w:t>
      </w:r>
      <w:r w:rsidR="00F12368">
        <w:rPr>
          <w:lang w:eastAsia="ko-KR"/>
        </w:rPr>
        <w:t xml:space="preserve"> </w:t>
      </w:r>
      <w:r w:rsidR="00F12368">
        <w:rPr>
          <w:rFonts w:hint="eastAsia"/>
          <w:lang w:eastAsia="ko-KR"/>
        </w:rPr>
        <w:t>사회</w:t>
      </w:r>
      <w:r>
        <w:rPr>
          <w:lang w:eastAsia="ko-KR"/>
        </w:rPr>
        <w:t xml:space="preserve"> </w:t>
      </w:r>
      <w:r>
        <w:rPr>
          <w:lang w:eastAsia="ko-KR"/>
        </w:rPr>
        <w:t>명소를</w:t>
      </w:r>
      <w:r>
        <w:rPr>
          <w:lang w:eastAsia="ko-KR"/>
        </w:rPr>
        <w:t xml:space="preserve"> </w:t>
      </w:r>
      <w:r>
        <w:rPr>
          <w:lang w:eastAsia="ko-KR"/>
        </w:rPr>
        <w:t>함께</w:t>
      </w:r>
      <w:r>
        <w:rPr>
          <w:lang w:eastAsia="ko-KR"/>
        </w:rPr>
        <w:t xml:space="preserve"> </w:t>
      </w:r>
      <w:r>
        <w:rPr>
          <w:lang w:eastAsia="ko-KR"/>
        </w:rPr>
        <w:t>방문하여</w:t>
      </w:r>
      <w:r>
        <w:rPr>
          <w:lang w:eastAsia="ko-KR"/>
        </w:rPr>
        <w:t xml:space="preserve"> </w:t>
      </w:r>
      <w:r>
        <w:rPr>
          <w:lang w:eastAsia="ko-KR"/>
        </w:rPr>
        <w:t>한국학생과</w:t>
      </w:r>
      <w:r>
        <w:rPr>
          <w:lang w:eastAsia="ko-KR"/>
        </w:rPr>
        <w:t xml:space="preserve"> </w:t>
      </w:r>
      <w:r>
        <w:rPr>
          <w:lang w:eastAsia="ko-KR"/>
        </w:rPr>
        <w:t>외국인</w:t>
      </w:r>
      <w:r>
        <w:rPr>
          <w:lang w:eastAsia="ko-KR"/>
        </w:rPr>
        <w:t xml:space="preserve"> </w:t>
      </w:r>
      <w:r>
        <w:rPr>
          <w:lang w:eastAsia="ko-KR"/>
        </w:rPr>
        <w:t>유학생</w:t>
      </w:r>
      <w:r>
        <w:rPr>
          <w:lang w:eastAsia="ko-KR"/>
        </w:rPr>
        <w:t xml:space="preserve"> </w:t>
      </w:r>
      <w:r>
        <w:rPr>
          <w:lang w:eastAsia="ko-KR"/>
        </w:rPr>
        <w:t>간의</w:t>
      </w:r>
      <w:r>
        <w:rPr>
          <w:lang w:eastAsia="ko-KR"/>
        </w:rPr>
        <w:t xml:space="preserve"> </w:t>
      </w:r>
      <w:r>
        <w:rPr>
          <w:lang w:eastAsia="ko-KR"/>
        </w:rPr>
        <w:t>교류를</w:t>
      </w:r>
      <w:r>
        <w:rPr>
          <w:lang w:eastAsia="ko-KR"/>
        </w:rPr>
        <w:t xml:space="preserve"> </w:t>
      </w:r>
      <w:r>
        <w:rPr>
          <w:lang w:eastAsia="ko-KR"/>
        </w:rPr>
        <w:t>촉진하고</w:t>
      </w:r>
      <w:r>
        <w:rPr>
          <w:lang w:eastAsia="ko-KR"/>
        </w:rPr>
        <w:t xml:space="preserve">, </w:t>
      </w:r>
      <w:r>
        <w:rPr>
          <w:lang w:eastAsia="ko-KR"/>
        </w:rPr>
        <w:t>교실</w:t>
      </w:r>
      <w:r>
        <w:rPr>
          <w:lang w:eastAsia="ko-KR"/>
        </w:rPr>
        <w:t xml:space="preserve"> </w:t>
      </w:r>
      <w:r>
        <w:rPr>
          <w:lang w:eastAsia="ko-KR"/>
        </w:rPr>
        <w:t>밖에서</w:t>
      </w:r>
      <w:r>
        <w:rPr>
          <w:lang w:eastAsia="ko-KR"/>
        </w:rPr>
        <w:t xml:space="preserve"> </w:t>
      </w:r>
      <w:r>
        <w:rPr>
          <w:lang w:eastAsia="ko-KR"/>
        </w:rPr>
        <w:t>의미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문화적</w:t>
      </w:r>
      <w:r>
        <w:rPr>
          <w:lang w:eastAsia="ko-KR"/>
        </w:rPr>
        <w:t>·</w:t>
      </w:r>
      <w:r>
        <w:rPr>
          <w:lang w:eastAsia="ko-KR"/>
        </w:rPr>
        <w:t>사회적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제공한다</w:t>
      </w:r>
      <w:r>
        <w:rPr>
          <w:lang w:eastAsia="ko-KR"/>
        </w:rPr>
        <w:t>.</w:t>
      </w:r>
    </w:p>
    <w:p w14:paraId="46F352BF" w14:textId="5290E7DD" w:rsidR="00C23D50" w:rsidRDefault="00F12368">
      <w:pPr>
        <w:spacing w:before="200" w:after="100"/>
      </w:pPr>
      <w:r>
        <w:rPr>
          <w:b/>
          <w:sz w:val="26"/>
        </w:rPr>
        <w:t>2</w:t>
      </w:r>
      <w:r w:rsidR="00C8704B">
        <w:rPr>
          <w:b/>
          <w:sz w:val="26"/>
        </w:rPr>
        <w:t xml:space="preserve">. </w:t>
      </w:r>
      <w:proofErr w:type="spellStart"/>
      <w:r w:rsidR="00C8704B">
        <w:rPr>
          <w:b/>
          <w:sz w:val="26"/>
        </w:rPr>
        <w:t>방문</w:t>
      </w:r>
      <w:proofErr w:type="spellEnd"/>
      <w:r w:rsidR="00C8704B">
        <w:rPr>
          <w:b/>
          <w:sz w:val="26"/>
        </w:rPr>
        <w:t xml:space="preserve"> </w:t>
      </w:r>
      <w:proofErr w:type="spellStart"/>
      <w:r w:rsidR="00C8704B">
        <w:rPr>
          <w:b/>
          <w:sz w:val="26"/>
        </w:rPr>
        <w:t>장소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7370"/>
      </w:tblGrid>
      <w:tr w:rsidR="00C23D50" w14:paraId="6C9DD02A" w14:textId="77777777">
        <w:trPr>
          <w:jc w:val="center"/>
        </w:trPr>
        <w:tc>
          <w:tcPr>
            <w:tcW w:w="1984" w:type="dxa"/>
            <w:vAlign w:val="center"/>
          </w:tcPr>
          <w:p w14:paraId="7FBA51D5" w14:textId="77777777" w:rsidR="00C23D50" w:rsidRDefault="00C8704B">
            <w:r>
              <w:rPr>
                <w:b/>
              </w:rPr>
              <w:t xml:space="preserve">① </w:t>
            </w:r>
            <w:r>
              <w:rPr>
                <w:b/>
              </w:rPr>
              <w:t>흰여울문화마을</w:t>
            </w:r>
          </w:p>
        </w:tc>
        <w:tc>
          <w:tcPr>
            <w:tcW w:w="7370" w:type="dxa"/>
            <w:vAlign w:val="center"/>
          </w:tcPr>
          <w:p w14:paraId="29E26086" w14:textId="77777777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부산광역시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영도구</w:t>
            </w:r>
            <w:r>
              <w:rPr>
                <w:lang w:eastAsia="ko-KR"/>
              </w:rPr>
              <w:t xml:space="preserve"> </w:t>
            </w:r>
            <w:proofErr w:type="spellStart"/>
            <w:r>
              <w:rPr>
                <w:lang w:eastAsia="ko-KR"/>
              </w:rPr>
              <w:t>영선동</w:t>
            </w:r>
            <w:proofErr w:type="spellEnd"/>
            <w:r>
              <w:rPr>
                <w:lang w:eastAsia="ko-KR"/>
              </w:rPr>
              <w:t>4</w:t>
            </w:r>
            <w:r>
              <w:rPr>
                <w:lang w:eastAsia="ko-KR"/>
              </w:rPr>
              <w:t>가</w:t>
            </w:r>
            <w:r>
              <w:rPr>
                <w:lang w:eastAsia="ko-KR"/>
              </w:rPr>
              <w:t xml:space="preserve"> 605-3</w:t>
            </w:r>
          </w:p>
        </w:tc>
      </w:tr>
      <w:tr w:rsidR="00C23D50" w14:paraId="7AC810BB" w14:textId="77777777">
        <w:trPr>
          <w:jc w:val="center"/>
        </w:trPr>
        <w:tc>
          <w:tcPr>
            <w:tcW w:w="1984" w:type="dxa"/>
            <w:vAlign w:val="center"/>
          </w:tcPr>
          <w:p w14:paraId="7D47D324" w14:textId="77777777" w:rsidR="00C23D50" w:rsidRDefault="00C8704B">
            <w:r>
              <w:rPr>
                <w:b/>
              </w:rPr>
              <w:t xml:space="preserve">② </w:t>
            </w:r>
            <w:proofErr w:type="spellStart"/>
            <w:r>
              <w:rPr>
                <w:b/>
              </w:rPr>
              <w:t>해운대해수욕장</w:t>
            </w:r>
            <w:proofErr w:type="spellEnd"/>
          </w:p>
        </w:tc>
        <w:tc>
          <w:tcPr>
            <w:tcW w:w="7370" w:type="dxa"/>
            <w:vAlign w:val="center"/>
          </w:tcPr>
          <w:p w14:paraId="477BFDE5" w14:textId="77777777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부산광역시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해운대구</w:t>
            </w:r>
            <w:r>
              <w:rPr>
                <w:lang w:eastAsia="ko-KR"/>
              </w:rPr>
              <w:t xml:space="preserve"> </w:t>
            </w:r>
            <w:proofErr w:type="spellStart"/>
            <w:r>
              <w:rPr>
                <w:lang w:eastAsia="ko-KR"/>
              </w:rPr>
              <w:t>해운대해변로</w:t>
            </w:r>
            <w:proofErr w:type="spellEnd"/>
            <w:r>
              <w:rPr>
                <w:lang w:eastAsia="ko-KR"/>
              </w:rPr>
              <w:t xml:space="preserve"> 264</w:t>
            </w:r>
          </w:p>
        </w:tc>
      </w:tr>
    </w:tbl>
    <w:p w14:paraId="6836CE44" w14:textId="76FE9C1C" w:rsidR="00C23D50" w:rsidRDefault="00F12368">
      <w:pPr>
        <w:spacing w:before="200" w:after="100"/>
      </w:pPr>
      <w:r>
        <w:rPr>
          <w:b/>
          <w:sz w:val="26"/>
        </w:rPr>
        <w:t>3</w:t>
      </w:r>
      <w:r w:rsidR="00C8704B">
        <w:rPr>
          <w:b/>
          <w:sz w:val="26"/>
        </w:rPr>
        <w:t xml:space="preserve">. </w:t>
      </w:r>
      <w:proofErr w:type="spellStart"/>
      <w:r w:rsidR="00C8704B">
        <w:rPr>
          <w:b/>
          <w:sz w:val="26"/>
        </w:rPr>
        <w:t>참가</w:t>
      </w:r>
      <w:proofErr w:type="spellEnd"/>
      <w:r w:rsidR="00C8704B">
        <w:rPr>
          <w:b/>
          <w:sz w:val="26"/>
        </w:rPr>
        <w:t xml:space="preserve"> </w:t>
      </w:r>
      <w:proofErr w:type="spellStart"/>
      <w:r w:rsidR="00C8704B">
        <w:rPr>
          <w:b/>
          <w:sz w:val="26"/>
        </w:rPr>
        <w:t>신청</w:t>
      </w:r>
      <w:proofErr w:type="spellEnd"/>
      <w:r w:rsidR="00C8704B">
        <w:rPr>
          <w:b/>
          <w:sz w:val="26"/>
        </w:rPr>
        <w:t xml:space="preserve"> </w:t>
      </w:r>
      <w:r w:rsidR="00C8704B">
        <w:rPr>
          <w:b/>
          <w:sz w:val="26"/>
        </w:rPr>
        <w:t>및</w:t>
      </w:r>
      <w:r w:rsidR="00C8704B">
        <w:rPr>
          <w:b/>
          <w:sz w:val="26"/>
        </w:rPr>
        <w:t xml:space="preserve"> </w:t>
      </w:r>
      <w:proofErr w:type="spellStart"/>
      <w:r w:rsidR="00C8704B">
        <w:rPr>
          <w:b/>
          <w:sz w:val="26"/>
        </w:rPr>
        <w:t>관리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7370"/>
      </w:tblGrid>
      <w:tr w:rsidR="00C23D50" w14:paraId="5BA3B0C6" w14:textId="77777777">
        <w:trPr>
          <w:jc w:val="center"/>
        </w:trPr>
        <w:tc>
          <w:tcPr>
            <w:tcW w:w="1984" w:type="dxa"/>
            <w:vAlign w:val="center"/>
          </w:tcPr>
          <w:p w14:paraId="1993FC1E" w14:textId="77777777" w:rsidR="00C23D50" w:rsidRDefault="00C8704B" w:rsidP="00F12368">
            <w:pPr>
              <w:jc w:val="center"/>
            </w:pPr>
            <w:r>
              <w:rPr>
                <w:b/>
              </w:rPr>
              <w:t>행사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공지</w:t>
            </w:r>
          </w:p>
        </w:tc>
        <w:tc>
          <w:tcPr>
            <w:tcW w:w="7370" w:type="dxa"/>
            <w:vAlign w:val="center"/>
          </w:tcPr>
          <w:p w14:paraId="5D3BD693" w14:textId="5FABCC92" w:rsidR="00C23D50" w:rsidRDefault="00C8704B">
            <w:r>
              <w:t>2026</w:t>
            </w:r>
            <w:r>
              <w:t>년</w:t>
            </w:r>
            <w:r>
              <w:t xml:space="preserve"> 9</w:t>
            </w:r>
            <w:r>
              <w:t>월</w:t>
            </w:r>
            <w:r>
              <w:t xml:space="preserve"> 8</w:t>
            </w:r>
            <w:r>
              <w:t>일</w:t>
            </w:r>
            <w:r>
              <w:t>(</w:t>
            </w:r>
            <w:r>
              <w:t>화</w:t>
            </w:r>
            <w:r>
              <w:t>)</w:t>
            </w:r>
            <w:r w:rsidR="00F12368">
              <w:t xml:space="preserve"> ~</w:t>
            </w:r>
          </w:p>
        </w:tc>
      </w:tr>
      <w:tr w:rsidR="00C23D50" w14:paraId="20A31743" w14:textId="77777777">
        <w:trPr>
          <w:jc w:val="center"/>
        </w:trPr>
        <w:tc>
          <w:tcPr>
            <w:tcW w:w="1984" w:type="dxa"/>
            <w:vAlign w:val="center"/>
          </w:tcPr>
          <w:p w14:paraId="31C180EF" w14:textId="77777777" w:rsidR="00C23D50" w:rsidRDefault="00C8704B" w:rsidP="00F12368">
            <w:pPr>
              <w:jc w:val="center"/>
            </w:pPr>
            <w:r>
              <w:rPr>
                <w:b/>
              </w:rPr>
              <w:t>참가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신청</w:t>
            </w:r>
          </w:p>
        </w:tc>
        <w:tc>
          <w:tcPr>
            <w:tcW w:w="7370" w:type="dxa"/>
            <w:vAlign w:val="center"/>
          </w:tcPr>
          <w:p w14:paraId="677C24F7" w14:textId="77777777" w:rsidR="00C23D50" w:rsidRDefault="00C8704B">
            <w:r>
              <w:t>2026</w:t>
            </w:r>
            <w:r>
              <w:t>년</w:t>
            </w:r>
            <w:r>
              <w:t xml:space="preserve"> 9</w:t>
            </w:r>
            <w:r>
              <w:t>월</w:t>
            </w:r>
            <w:r>
              <w:t xml:space="preserve"> 17</w:t>
            </w:r>
            <w:r>
              <w:t>일</w:t>
            </w:r>
            <w:r>
              <w:t>(</w:t>
            </w:r>
            <w:r>
              <w:t>목</w:t>
            </w:r>
            <w:r>
              <w:t>)</w:t>
            </w:r>
          </w:p>
        </w:tc>
      </w:tr>
      <w:tr w:rsidR="00C23D50" w14:paraId="345D9972" w14:textId="77777777">
        <w:trPr>
          <w:jc w:val="center"/>
        </w:trPr>
        <w:tc>
          <w:tcPr>
            <w:tcW w:w="1984" w:type="dxa"/>
            <w:vAlign w:val="center"/>
          </w:tcPr>
          <w:p w14:paraId="2BC01EA9" w14:textId="77777777" w:rsidR="00C23D50" w:rsidRDefault="00C8704B" w:rsidP="00F12368">
            <w:pPr>
              <w:jc w:val="center"/>
            </w:pPr>
            <w:r>
              <w:rPr>
                <w:b/>
              </w:rPr>
              <w:t>신청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시간</w:t>
            </w:r>
          </w:p>
        </w:tc>
        <w:tc>
          <w:tcPr>
            <w:tcW w:w="7370" w:type="dxa"/>
            <w:vAlign w:val="center"/>
          </w:tcPr>
          <w:p w14:paraId="04651184" w14:textId="60D09F46" w:rsidR="00C23D50" w:rsidRDefault="00C8704B">
            <w:pPr>
              <w:rPr>
                <w:rFonts w:hint="eastAsia"/>
                <w:lang w:eastAsia="ko-KR"/>
              </w:rPr>
            </w:pPr>
            <w:r>
              <w:t>12:00 ~ 13:00</w:t>
            </w:r>
            <w:r w:rsidR="00F12368">
              <w:t xml:space="preserve"> (</w:t>
            </w:r>
            <w:r w:rsidR="00F12368">
              <w:rPr>
                <w:rFonts w:hint="eastAsia"/>
                <w:lang w:eastAsia="ko-KR"/>
              </w:rPr>
              <w:t>참가신청 데스크 운영)</w:t>
            </w:r>
          </w:p>
        </w:tc>
      </w:tr>
      <w:tr w:rsidR="00C23D50" w14:paraId="6EA2CD31" w14:textId="77777777">
        <w:trPr>
          <w:jc w:val="center"/>
        </w:trPr>
        <w:tc>
          <w:tcPr>
            <w:tcW w:w="1984" w:type="dxa"/>
            <w:vAlign w:val="center"/>
          </w:tcPr>
          <w:p w14:paraId="05D46F80" w14:textId="77777777" w:rsidR="00C23D50" w:rsidRDefault="00C8704B" w:rsidP="00F12368">
            <w:pPr>
              <w:jc w:val="center"/>
            </w:pPr>
            <w:r>
              <w:rPr>
                <w:b/>
              </w:rPr>
              <w:t>신청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장소</w:t>
            </w:r>
          </w:p>
        </w:tc>
        <w:tc>
          <w:tcPr>
            <w:tcW w:w="7370" w:type="dxa"/>
            <w:vAlign w:val="center"/>
          </w:tcPr>
          <w:p w14:paraId="41C6471C" w14:textId="77777777" w:rsidR="00C23D50" w:rsidRDefault="00C8704B">
            <w:r>
              <w:t xml:space="preserve">Endicott(W19) </w:t>
            </w:r>
            <w:r>
              <w:t>건물</w:t>
            </w:r>
            <w:r>
              <w:t xml:space="preserve"> </w:t>
            </w:r>
            <w:r>
              <w:t>앞</w:t>
            </w:r>
          </w:p>
        </w:tc>
      </w:tr>
      <w:tr w:rsidR="00C23D50" w14:paraId="62C49C0A" w14:textId="77777777">
        <w:trPr>
          <w:jc w:val="center"/>
        </w:trPr>
        <w:tc>
          <w:tcPr>
            <w:tcW w:w="1984" w:type="dxa"/>
            <w:vAlign w:val="center"/>
          </w:tcPr>
          <w:p w14:paraId="76A6D0B3" w14:textId="77777777" w:rsidR="00C23D50" w:rsidRDefault="00C8704B" w:rsidP="00F12368">
            <w:pPr>
              <w:jc w:val="center"/>
            </w:pPr>
            <w:r>
              <w:rPr>
                <w:b/>
              </w:rPr>
              <w:t>신청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방법</w:t>
            </w:r>
          </w:p>
        </w:tc>
        <w:tc>
          <w:tcPr>
            <w:tcW w:w="7370" w:type="dxa"/>
            <w:vAlign w:val="center"/>
          </w:tcPr>
          <w:p w14:paraId="78A165A0" w14:textId="77777777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정원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마감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시까지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선착순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접수</w:t>
            </w:r>
          </w:p>
        </w:tc>
      </w:tr>
      <w:tr w:rsidR="00C23D50" w14:paraId="5D90B4C4" w14:textId="77777777">
        <w:trPr>
          <w:jc w:val="center"/>
        </w:trPr>
        <w:tc>
          <w:tcPr>
            <w:tcW w:w="1984" w:type="dxa"/>
            <w:vAlign w:val="center"/>
          </w:tcPr>
          <w:p w14:paraId="2BA321A5" w14:textId="77777777" w:rsidR="00C23D50" w:rsidRDefault="00C8704B" w:rsidP="00F12368">
            <w:pPr>
              <w:jc w:val="center"/>
            </w:pPr>
            <w:proofErr w:type="spellStart"/>
            <w:r>
              <w:rPr>
                <w:b/>
              </w:rPr>
              <w:t>참가비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보증금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370" w:type="dxa"/>
            <w:vAlign w:val="center"/>
          </w:tcPr>
          <w:p w14:paraId="2C4E9401" w14:textId="77777777" w:rsidR="00C23D50" w:rsidRDefault="00C8704B">
            <w:r>
              <w:t>1</w:t>
            </w:r>
            <w:r>
              <w:t>인</w:t>
            </w:r>
            <w:r>
              <w:t xml:space="preserve"> 10,000</w:t>
            </w:r>
            <w:r>
              <w:t>원</w:t>
            </w:r>
          </w:p>
        </w:tc>
      </w:tr>
      <w:tr w:rsidR="00F12368" w14:paraId="42BD26D9" w14:textId="77777777">
        <w:trPr>
          <w:jc w:val="center"/>
        </w:trPr>
        <w:tc>
          <w:tcPr>
            <w:tcW w:w="1984" w:type="dxa"/>
            <w:vMerge w:val="restart"/>
            <w:vAlign w:val="center"/>
          </w:tcPr>
          <w:p w14:paraId="1373AB35" w14:textId="0D9EA57F" w:rsidR="00F12368" w:rsidRDefault="00F12368" w:rsidP="00F12368">
            <w:pPr>
              <w:jc w:val="center"/>
            </w:pPr>
            <w:r>
              <w:rPr>
                <w:rFonts w:hint="eastAsia"/>
                <w:lang w:eastAsia="ko-KR"/>
              </w:rPr>
              <w:t>보충 설명</w:t>
            </w:r>
          </w:p>
        </w:tc>
        <w:tc>
          <w:tcPr>
            <w:tcW w:w="7370" w:type="dxa"/>
            <w:vAlign w:val="center"/>
          </w:tcPr>
          <w:p w14:paraId="577BC839" w14:textId="77777777" w:rsidR="00F12368" w:rsidRDefault="00F12368">
            <w:pPr>
              <w:rPr>
                <w:lang w:eastAsia="ko-KR"/>
              </w:rPr>
            </w:pPr>
            <w:r>
              <w:rPr>
                <w:lang w:eastAsia="ko-KR"/>
              </w:rPr>
              <w:t>참가자의 참여 의사를 확실히 하고 무단 불참(No-show)을 최소화하기 위해 10,000원의 참가비를 받는다. 납부한 금액 전액은 행사 당일 중식비로 참가자에게 환급한다.</w:t>
            </w:r>
          </w:p>
        </w:tc>
      </w:tr>
      <w:tr w:rsidR="00F12368" w14:paraId="42B1D181" w14:textId="77777777">
        <w:trPr>
          <w:jc w:val="center"/>
        </w:trPr>
        <w:tc>
          <w:tcPr>
            <w:tcW w:w="1984" w:type="dxa"/>
            <w:vMerge/>
            <w:vAlign w:val="center"/>
          </w:tcPr>
          <w:p w14:paraId="6D881B23" w14:textId="77777777" w:rsidR="00F12368" w:rsidRDefault="00F12368">
            <w:pPr>
              <w:rPr>
                <w:lang w:eastAsia="ko-KR"/>
              </w:rPr>
            </w:pPr>
          </w:p>
        </w:tc>
        <w:tc>
          <w:tcPr>
            <w:tcW w:w="7370" w:type="dxa"/>
            <w:vAlign w:val="center"/>
          </w:tcPr>
          <w:p w14:paraId="1985F26C" w14:textId="77777777" w:rsidR="00F12368" w:rsidRDefault="00F12368">
            <w:pPr>
              <w:rPr>
                <w:lang w:eastAsia="ko-KR"/>
              </w:rPr>
            </w:pPr>
            <w:r>
              <w:rPr>
                <w:lang w:eastAsia="ko-KR"/>
              </w:rPr>
              <w:t>신청 완료 후 참가자 식별 및 출석 관리를 위해 확정 참가자 전원에게 신분 확인용 ID 카드를 제작·배부한다.</w:t>
            </w:r>
          </w:p>
        </w:tc>
      </w:tr>
    </w:tbl>
    <w:p w14:paraId="3ABF2B83" w14:textId="48484124" w:rsidR="00C23D50" w:rsidRDefault="00F12368">
      <w:pPr>
        <w:spacing w:before="200" w:after="100"/>
      </w:pPr>
      <w:r>
        <w:rPr>
          <w:b/>
          <w:sz w:val="26"/>
        </w:rPr>
        <w:lastRenderedPageBreak/>
        <w:t>4</w:t>
      </w:r>
      <w:r w:rsidR="00C8704B">
        <w:rPr>
          <w:b/>
          <w:sz w:val="26"/>
        </w:rPr>
        <w:t xml:space="preserve">. </w:t>
      </w:r>
      <w:proofErr w:type="spellStart"/>
      <w:r w:rsidR="00C8704B">
        <w:rPr>
          <w:b/>
          <w:sz w:val="26"/>
        </w:rPr>
        <w:t>식사</w:t>
      </w:r>
      <w:proofErr w:type="spellEnd"/>
      <w:r w:rsidR="00C8704B">
        <w:rPr>
          <w:b/>
          <w:sz w:val="26"/>
        </w:rPr>
        <w:t xml:space="preserve"> </w:t>
      </w:r>
      <w:proofErr w:type="spellStart"/>
      <w:r w:rsidR="00C8704B">
        <w:rPr>
          <w:b/>
          <w:sz w:val="26"/>
        </w:rPr>
        <w:t>운영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7370"/>
      </w:tblGrid>
      <w:tr w:rsidR="00C23D50" w14:paraId="46CF80E6" w14:textId="77777777">
        <w:trPr>
          <w:jc w:val="center"/>
        </w:trPr>
        <w:tc>
          <w:tcPr>
            <w:tcW w:w="1984" w:type="dxa"/>
            <w:vAlign w:val="center"/>
          </w:tcPr>
          <w:p w14:paraId="52F51EC6" w14:textId="77777777" w:rsidR="00C23D50" w:rsidRDefault="00C8704B" w:rsidP="00F12368">
            <w:pPr>
              <w:jc w:val="center"/>
            </w:pPr>
            <w:r>
              <w:rPr>
                <w:b/>
              </w:rPr>
              <w:t>조식</w:t>
            </w:r>
          </w:p>
        </w:tc>
        <w:tc>
          <w:tcPr>
            <w:tcW w:w="7370" w:type="dxa"/>
            <w:vAlign w:val="center"/>
          </w:tcPr>
          <w:p w14:paraId="20AA7822" w14:textId="74C05B9B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모든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참가자에게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샌드위치를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제공하며</w:t>
            </w:r>
            <w:r>
              <w:rPr>
                <w:lang w:eastAsia="ko-KR"/>
              </w:rPr>
              <w:t xml:space="preserve">, </w:t>
            </w:r>
            <w:proofErr w:type="spellStart"/>
            <w:r>
              <w:rPr>
                <w:lang w:eastAsia="ko-KR"/>
              </w:rPr>
              <w:t>할랄</w:t>
            </w:r>
            <w:proofErr w:type="spellEnd"/>
            <w:r>
              <w:rPr>
                <w:lang w:eastAsia="ko-KR"/>
              </w:rPr>
              <w:t xml:space="preserve">(Halal)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proofErr w:type="spellStart"/>
            <w:r>
              <w:rPr>
                <w:lang w:eastAsia="ko-KR"/>
              </w:rPr>
              <w:t>비할랄</w:t>
            </w:r>
            <w:proofErr w:type="spellEnd"/>
            <w:r>
              <w:rPr>
                <w:lang w:eastAsia="ko-KR"/>
              </w:rPr>
              <w:t>(Non-Hala</w:t>
            </w:r>
            <w:r>
              <w:rPr>
                <w:lang w:eastAsia="ko-KR"/>
              </w:rPr>
              <w:t xml:space="preserve">l) </w:t>
            </w:r>
            <w:r>
              <w:rPr>
                <w:lang w:eastAsia="ko-KR"/>
              </w:rPr>
              <w:t>메뉴를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각각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준비한다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필요한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사항은</w:t>
            </w:r>
            <w:r>
              <w:rPr>
                <w:lang w:eastAsia="ko-KR"/>
              </w:rPr>
              <w:t xml:space="preserve"> </w:t>
            </w:r>
            <w:r w:rsidR="00F12368">
              <w:rPr>
                <w:rFonts w:hint="eastAsia"/>
                <w:lang w:eastAsia="ko-KR"/>
              </w:rPr>
              <w:t>담당교수(</w:t>
            </w:r>
            <w:r>
              <w:rPr>
                <w:lang w:eastAsia="ko-KR"/>
              </w:rPr>
              <w:t>Duke</w:t>
            </w:r>
            <w:r w:rsidR="00F12368">
              <w:rPr>
                <w:lang w:eastAsia="ko-KR"/>
              </w:rPr>
              <w:t>)</w:t>
            </w:r>
            <w:r w:rsidR="00F12368">
              <w:rPr>
                <w:rFonts w:hint="eastAsia"/>
                <w:lang w:eastAsia="ko-KR"/>
              </w:rPr>
              <w:t>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식당에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연락하여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조율한다</w:t>
            </w:r>
            <w:r>
              <w:rPr>
                <w:lang w:eastAsia="ko-KR"/>
              </w:rPr>
              <w:t>.</w:t>
            </w:r>
          </w:p>
        </w:tc>
      </w:tr>
      <w:tr w:rsidR="00C23D50" w14:paraId="759D5D69" w14:textId="77777777">
        <w:trPr>
          <w:jc w:val="center"/>
        </w:trPr>
        <w:tc>
          <w:tcPr>
            <w:tcW w:w="1984" w:type="dxa"/>
            <w:vAlign w:val="center"/>
          </w:tcPr>
          <w:p w14:paraId="2190DB83" w14:textId="77777777" w:rsidR="00C23D50" w:rsidRDefault="00C8704B" w:rsidP="00F12368">
            <w:pPr>
              <w:jc w:val="center"/>
            </w:pPr>
            <w:proofErr w:type="spellStart"/>
            <w:r>
              <w:rPr>
                <w:b/>
              </w:rPr>
              <w:t>중식</w:t>
            </w:r>
            <w:proofErr w:type="spellEnd"/>
          </w:p>
        </w:tc>
        <w:tc>
          <w:tcPr>
            <w:tcW w:w="7370" w:type="dxa"/>
            <w:vAlign w:val="center"/>
          </w:tcPr>
          <w:p w14:paraId="4D41EFE7" w14:textId="7C52943B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단체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중식은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제공하지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않는다</w:t>
            </w:r>
            <w:r>
              <w:rPr>
                <w:lang w:eastAsia="ko-KR"/>
              </w:rPr>
              <w:t xml:space="preserve">. </w:t>
            </w:r>
            <w:r>
              <w:rPr>
                <w:lang w:eastAsia="ko-KR"/>
              </w:rPr>
              <w:t>대신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참가</w:t>
            </w:r>
            <w:r>
              <w:rPr>
                <w:lang w:eastAsia="ko-KR"/>
              </w:rPr>
              <w:t xml:space="preserve"> </w:t>
            </w:r>
            <w:proofErr w:type="spellStart"/>
            <w:r>
              <w:rPr>
                <w:lang w:eastAsia="ko-KR"/>
              </w:rPr>
              <w:t>신청비</w:t>
            </w:r>
            <w:proofErr w:type="spellEnd"/>
            <w:r>
              <w:rPr>
                <w:lang w:eastAsia="ko-KR"/>
              </w:rPr>
              <w:t xml:space="preserve"> 10,000</w:t>
            </w:r>
            <w:r>
              <w:rPr>
                <w:lang w:eastAsia="ko-KR"/>
              </w:rPr>
              <w:t>원을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참가자에게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환급하고</w:t>
            </w:r>
            <w:r>
              <w:rPr>
                <w:lang w:eastAsia="ko-KR"/>
              </w:rPr>
              <w:t xml:space="preserve">, </w:t>
            </w:r>
            <w:r>
              <w:rPr>
                <w:lang w:eastAsia="ko-KR"/>
              </w:rPr>
              <w:t>해운대해수욕장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주변의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식당</w:t>
            </w:r>
            <w:r>
              <w:rPr>
                <w:lang w:eastAsia="ko-KR"/>
              </w:rPr>
              <w:t>·</w:t>
            </w:r>
            <w:r w:rsidR="00F12368"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상점</w:t>
            </w:r>
            <w:r>
              <w:rPr>
                <w:lang w:eastAsia="ko-KR"/>
              </w:rPr>
              <w:t>·</w:t>
            </w:r>
            <w:r w:rsidR="00F12368"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거리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음식점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등에서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자유롭게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점심을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구입하도록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한다</w:t>
            </w:r>
            <w:r>
              <w:rPr>
                <w:lang w:eastAsia="ko-KR"/>
              </w:rPr>
              <w:t>.</w:t>
            </w:r>
          </w:p>
        </w:tc>
      </w:tr>
    </w:tbl>
    <w:p w14:paraId="311585F3" w14:textId="2FF04FC6" w:rsidR="00C23D50" w:rsidRDefault="00F12368">
      <w:pPr>
        <w:spacing w:before="200" w:after="100"/>
      </w:pPr>
      <w:r>
        <w:rPr>
          <w:b/>
          <w:sz w:val="26"/>
        </w:rPr>
        <w:t>5</w:t>
      </w:r>
      <w:r w:rsidR="00C8704B">
        <w:rPr>
          <w:b/>
          <w:sz w:val="26"/>
        </w:rPr>
        <w:t xml:space="preserve">. </w:t>
      </w:r>
      <w:proofErr w:type="spellStart"/>
      <w:r w:rsidR="00C8704B">
        <w:rPr>
          <w:b/>
          <w:sz w:val="26"/>
        </w:rPr>
        <w:t>세부</w:t>
      </w:r>
      <w:proofErr w:type="spellEnd"/>
      <w:r w:rsidR="00C8704B">
        <w:rPr>
          <w:b/>
          <w:sz w:val="26"/>
        </w:rPr>
        <w:t xml:space="preserve"> </w:t>
      </w:r>
      <w:proofErr w:type="spellStart"/>
      <w:r w:rsidR="00C8704B">
        <w:rPr>
          <w:b/>
          <w:sz w:val="26"/>
        </w:rPr>
        <w:t>일정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7370"/>
      </w:tblGrid>
      <w:tr w:rsidR="00C23D50" w14:paraId="38CA49DA" w14:textId="77777777">
        <w:trPr>
          <w:jc w:val="center"/>
        </w:trPr>
        <w:tc>
          <w:tcPr>
            <w:tcW w:w="1984" w:type="dxa"/>
            <w:vAlign w:val="center"/>
          </w:tcPr>
          <w:p w14:paraId="21C0780C" w14:textId="0BC4D290" w:rsidR="00C23D50" w:rsidRDefault="00C8704B">
            <w:r>
              <w:rPr>
                <w:b/>
              </w:rPr>
              <w:t>07:00</w:t>
            </w:r>
            <w:r w:rsidR="00F12368">
              <w:rPr>
                <w:b/>
              </w:rPr>
              <w:t xml:space="preserve"> ~ 11:00</w:t>
            </w:r>
          </w:p>
        </w:tc>
        <w:tc>
          <w:tcPr>
            <w:tcW w:w="7370" w:type="dxa"/>
            <w:vAlign w:val="center"/>
          </w:tcPr>
          <w:p w14:paraId="6FCA23BF" w14:textId="0812E2A2" w:rsidR="00C23D50" w:rsidRDefault="00C8704B">
            <w:pPr>
              <w:rPr>
                <w:rFonts w:hint="eastAsia"/>
                <w:lang w:eastAsia="ko-KR"/>
              </w:rPr>
            </w:pPr>
            <w:proofErr w:type="spellStart"/>
            <w:r>
              <w:t>우송대학교</w:t>
            </w:r>
            <w:proofErr w:type="spellEnd"/>
            <w:r>
              <w:t xml:space="preserve"> </w:t>
            </w:r>
            <w:proofErr w:type="spellStart"/>
            <w:r>
              <w:t>출발</w:t>
            </w:r>
            <w:proofErr w:type="spellEnd"/>
            <w:r w:rsidR="00F12368">
              <w:rPr>
                <w:rFonts w:hint="eastAsia"/>
                <w:lang w:eastAsia="ko-KR"/>
              </w:rPr>
              <w:t xml:space="preserve"> 및 이동</w:t>
            </w:r>
          </w:p>
        </w:tc>
      </w:tr>
      <w:tr w:rsidR="00C23D50" w14:paraId="35D50BF8" w14:textId="77777777">
        <w:trPr>
          <w:jc w:val="center"/>
        </w:trPr>
        <w:tc>
          <w:tcPr>
            <w:tcW w:w="1984" w:type="dxa"/>
            <w:vAlign w:val="center"/>
          </w:tcPr>
          <w:p w14:paraId="43800696" w14:textId="77777777" w:rsidR="00C23D50" w:rsidRDefault="00C8704B">
            <w:r>
              <w:rPr>
                <w:b/>
              </w:rPr>
              <w:t>11:00 ~ 13:00</w:t>
            </w:r>
          </w:p>
        </w:tc>
        <w:tc>
          <w:tcPr>
            <w:tcW w:w="7370" w:type="dxa"/>
            <w:vAlign w:val="center"/>
          </w:tcPr>
          <w:p w14:paraId="218992E4" w14:textId="578D185F" w:rsidR="00C23D50" w:rsidRDefault="00C8704B">
            <w:pPr>
              <w:rPr>
                <w:lang w:eastAsia="ko-KR"/>
              </w:rPr>
            </w:pPr>
            <w:proofErr w:type="spellStart"/>
            <w:r>
              <w:rPr>
                <w:lang w:eastAsia="ko-KR"/>
              </w:rPr>
              <w:t>흰여울</w:t>
            </w:r>
            <w:proofErr w:type="spellEnd"/>
            <w:r w:rsidR="00F12368">
              <w:rPr>
                <w:rFonts w:hint="eastAsia"/>
                <w:lang w:eastAsia="ko-KR"/>
              </w:rPr>
              <w:t xml:space="preserve"> </w:t>
            </w:r>
            <w:r>
              <w:rPr>
                <w:lang w:eastAsia="ko-KR"/>
              </w:rPr>
              <w:t>문화마을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방문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자유시간</w:t>
            </w:r>
          </w:p>
        </w:tc>
      </w:tr>
      <w:tr w:rsidR="00C23D50" w14:paraId="7B01D5A3" w14:textId="77777777">
        <w:trPr>
          <w:jc w:val="center"/>
        </w:trPr>
        <w:tc>
          <w:tcPr>
            <w:tcW w:w="1984" w:type="dxa"/>
            <w:vAlign w:val="center"/>
          </w:tcPr>
          <w:p w14:paraId="49390C73" w14:textId="77777777" w:rsidR="00C23D50" w:rsidRDefault="00C8704B">
            <w:r>
              <w:rPr>
                <w:b/>
              </w:rPr>
              <w:t>13:00 ~ 14:00</w:t>
            </w:r>
          </w:p>
        </w:tc>
        <w:tc>
          <w:tcPr>
            <w:tcW w:w="7370" w:type="dxa"/>
            <w:vAlign w:val="center"/>
          </w:tcPr>
          <w:p w14:paraId="2C9F6C13" w14:textId="77777777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해운대해수욕장으로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이동</w:t>
            </w:r>
          </w:p>
        </w:tc>
      </w:tr>
      <w:tr w:rsidR="00C23D50" w14:paraId="1D7B4142" w14:textId="77777777">
        <w:trPr>
          <w:jc w:val="center"/>
        </w:trPr>
        <w:tc>
          <w:tcPr>
            <w:tcW w:w="1984" w:type="dxa"/>
            <w:vAlign w:val="center"/>
          </w:tcPr>
          <w:p w14:paraId="106DCC06" w14:textId="77777777" w:rsidR="00C23D50" w:rsidRDefault="00C8704B">
            <w:r>
              <w:rPr>
                <w:b/>
              </w:rPr>
              <w:t>14:00 ~ 17:00</w:t>
            </w:r>
          </w:p>
        </w:tc>
        <w:tc>
          <w:tcPr>
            <w:tcW w:w="7370" w:type="dxa"/>
            <w:vAlign w:val="center"/>
          </w:tcPr>
          <w:p w14:paraId="5F38B4C1" w14:textId="594D9B54" w:rsidR="00C23D50" w:rsidRDefault="00C8704B">
            <w:pPr>
              <w:rPr>
                <w:lang w:eastAsia="ko-KR"/>
              </w:rPr>
            </w:pPr>
            <w:r>
              <w:rPr>
                <w:lang w:eastAsia="ko-KR"/>
              </w:rPr>
              <w:t>해운대</w:t>
            </w:r>
            <w:r w:rsidR="00D14A73">
              <w:rPr>
                <w:rFonts w:hint="eastAsia"/>
                <w:lang w:eastAsia="ko-KR"/>
              </w:rPr>
              <w:t xml:space="preserve"> </w:t>
            </w:r>
            <w:r>
              <w:rPr>
                <w:lang w:eastAsia="ko-KR"/>
              </w:rPr>
              <w:t>해수욕장</w:t>
            </w:r>
            <w:r>
              <w:rPr>
                <w:lang w:eastAsia="ko-KR"/>
              </w:rPr>
              <w:t xml:space="preserve"> / </w:t>
            </w:r>
            <w:r>
              <w:rPr>
                <w:lang w:eastAsia="ko-KR"/>
              </w:rPr>
              <w:t>중식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및</w:t>
            </w:r>
            <w:r>
              <w:rPr>
                <w:lang w:eastAsia="ko-KR"/>
              </w:rPr>
              <w:t xml:space="preserve"> </w:t>
            </w:r>
            <w:r>
              <w:rPr>
                <w:lang w:eastAsia="ko-KR"/>
              </w:rPr>
              <w:t>자유시간</w:t>
            </w:r>
          </w:p>
        </w:tc>
      </w:tr>
      <w:tr w:rsidR="00C23D50" w14:paraId="282D1C6E" w14:textId="77777777">
        <w:trPr>
          <w:jc w:val="center"/>
        </w:trPr>
        <w:tc>
          <w:tcPr>
            <w:tcW w:w="1984" w:type="dxa"/>
            <w:vAlign w:val="center"/>
          </w:tcPr>
          <w:p w14:paraId="1C833F18" w14:textId="77777777" w:rsidR="00C23D50" w:rsidRDefault="00C8704B">
            <w:r>
              <w:rPr>
                <w:b/>
              </w:rPr>
              <w:t>17:00 ~ 21:00</w:t>
            </w:r>
          </w:p>
        </w:tc>
        <w:tc>
          <w:tcPr>
            <w:tcW w:w="7370" w:type="dxa"/>
            <w:vAlign w:val="center"/>
          </w:tcPr>
          <w:p w14:paraId="72184572" w14:textId="77777777" w:rsidR="00C23D50" w:rsidRDefault="00C8704B">
            <w:r>
              <w:t>대전으로</w:t>
            </w:r>
            <w:r>
              <w:t xml:space="preserve"> </w:t>
            </w:r>
            <w:r>
              <w:t>이동</w:t>
            </w:r>
          </w:p>
        </w:tc>
      </w:tr>
      <w:tr w:rsidR="00C23D50" w14:paraId="4F303B00" w14:textId="77777777">
        <w:trPr>
          <w:jc w:val="center"/>
        </w:trPr>
        <w:tc>
          <w:tcPr>
            <w:tcW w:w="1984" w:type="dxa"/>
            <w:vAlign w:val="center"/>
          </w:tcPr>
          <w:p w14:paraId="65A85EBB" w14:textId="77777777" w:rsidR="00C23D50" w:rsidRDefault="00C8704B">
            <w:r>
              <w:rPr>
                <w:b/>
              </w:rPr>
              <w:t>21:00</w:t>
            </w:r>
          </w:p>
        </w:tc>
        <w:tc>
          <w:tcPr>
            <w:tcW w:w="7370" w:type="dxa"/>
            <w:vAlign w:val="center"/>
          </w:tcPr>
          <w:p w14:paraId="074723AC" w14:textId="77777777" w:rsidR="00C23D50" w:rsidRDefault="00C8704B">
            <w:r>
              <w:t>우송대학교</w:t>
            </w:r>
            <w:r>
              <w:t xml:space="preserve"> </w:t>
            </w:r>
            <w:r>
              <w:t>도착</w:t>
            </w:r>
            <w:r>
              <w:t xml:space="preserve"> </w:t>
            </w:r>
            <w:r>
              <w:t>예정</w:t>
            </w:r>
          </w:p>
        </w:tc>
      </w:tr>
    </w:tbl>
    <w:p w14:paraId="08544DB7" w14:textId="4D21DCEC" w:rsidR="00C23D50" w:rsidRDefault="00F12368">
      <w:pPr>
        <w:spacing w:before="200" w:after="100"/>
      </w:pPr>
      <w:r>
        <w:rPr>
          <w:b/>
          <w:sz w:val="26"/>
        </w:rPr>
        <w:t>6</w:t>
      </w:r>
      <w:r w:rsidR="00C8704B">
        <w:rPr>
          <w:b/>
          <w:sz w:val="26"/>
        </w:rPr>
        <w:t xml:space="preserve">. </w:t>
      </w:r>
      <w:proofErr w:type="spellStart"/>
      <w:r w:rsidR="00C8704B">
        <w:rPr>
          <w:b/>
          <w:sz w:val="26"/>
        </w:rPr>
        <w:t>교통</w:t>
      </w:r>
      <w:proofErr w:type="spellEnd"/>
      <w:r w:rsidR="00C8704B">
        <w:rPr>
          <w:b/>
          <w:sz w:val="26"/>
        </w:rPr>
        <w:t xml:space="preserve"> </w:t>
      </w:r>
      <w:r w:rsidR="00C8704B">
        <w:rPr>
          <w:b/>
          <w:sz w:val="26"/>
        </w:rPr>
        <w:t>및</w:t>
      </w:r>
      <w:r w:rsidR="00C8704B">
        <w:rPr>
          <w:b/>
          <w:sz w:val="26"/>
        </w:rPr>
        <w:t xml:space="preserve"> </w:t>
      </w:r>
      <w:proofErr w:type="spellStart"/>
      <w:r w:rsidR="00C8704B">
        <w:rPr>
          <w:b/>
          <w:sz w:val="26"/>
        </w:rPr>
        <w:t>현장</w:t>
      </w:r>
      <w:proofErr w:type="spellEnd"/>
      <w:r w:rsidR="00C8704B">
        <w:rPr>
          <w:b/>
          <w:sz w:val="26"/>
        </w:rPr>
        <w:t xml:space="preserve"> </w:t>
      </w:r>
      <w:r w:rsidR="00C8704B">
        <w:rPr>
          <w:b/>
          <w:sz w:val="26"/>
        </w:rPr>
        <w:t>운영</w:t>
      </w:r>
    </w:p>
    <w:p w14:paraId="25360960" w14:textId="17D691F8" w:rsidR="00C23D50" w:rsidRDefault="00F12368" w:rsidP="00F12368">
      <w:pPr>
        <w:rPr>
          <w:lang w:eastAsia="ko-KR"/>
        </w:rPr>
      </w:pPr>
      <w:r>
        <w:rPr>
          <w:rFonts w:hint="eastAsia"/>
          <w:lang w:eastAsia="ko-KR"/>
        </w:rPr>
        <w:t xml:space="preserve">· </w:t>
      </w:r>
      <w:r w:rsidR="00C8704B">
        <w:rPr>
          <w:lang w:eastAsia="ko-KR"/>
        </w:rPr>
        <w:t>계획된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참가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인원을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기준으로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전세버스</w:t>
      </w:r>
      <w:r w:rsidR="00C8704B">
        <w:rPr>
          <w:lang w:eastAsia="ko-KR"/>
        </w:rPr>
        <w:t xml:space="preserve"> 6</w:t>
      </w:r>
      <w:r w:rsidR="00C8704B">
        <w:rPr>
          <w:lang w:eastAsia="ko-KR"/>
        </w:rPr>
        <w:t>대를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운영한다</w:t>
      </w:r>
      <w:r w:rsidR="00C8704B">
        <w:rPr>
          <w:lang w:eastAsia="ko-KR"/>
        </w:rPr>
        <w:t>.</w:t>
      </w:r>
    </w:p>
    <w:p w14:paraId="25125B94" w14:textId="55119125" w:rsidR="00C23D50" w:rsidRDefault="00F12368" w:rsidP="00F12368">
      <w:pPr>
        <w:rPr>
          <w:lang w:eastAsia="ko-KR"/>
        </w:rPr>
      </w:pPr>
      <w:r>
        <w:rPr>
          <w:rFonts w:hint="eastAsia"/>
          <w:lang w:eastAsia="ko-KR"/>
        </w:rPr>
        <w:t>·</w:t>
      </w:r>
      <w:r>
        <w:rPr>
          <w:lang w:eastAsia="ko-KR"/>
        </w:rPr>
        <w:t xml:space="preserve"> </w:t>
      </w:r>
      <w:r w:rsidR="00C8704B">
        <w:rPr>
          <w:lang w:eastAsia="ko-KR"/>
        </w:rPr>
        <w:t>참가자는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버스별로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배정하고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지정된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스태프가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탑승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및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이동을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관리한다</w:t>
      </w:r>
      <w:r w:rsidR="00C8704B">
        <w:rPr>
          <w:lang w:eastAsia="ko-KR"/>
        </w:rPr>
        <w:t>.</w:t>
      </w:r>
    </w:p>
    <w:p w14:paraId="4C4FFCFB" w14:textId="271156A3" w:rsidR="00C23D50" w:rsidRDefault="00F12368" w:rsidP="00F12368">
      <w:pPr>
        <w:rPr>
          <w:lang w:eastAsia="ko-KR"/>
        </w:rPr>
      </w:pPr>
      <w:r>
        <w:rPr>
          <w:rFonts w:hint="eastAsia"/>
          <w:lang w:eastAsia="ko-KR"/>
        </w:rPr>
        <w:t>·</w:t>
      </w:r>
      <w:r>
        <w:rPr>
          <w:lang w:eastAsia="ko-KR"/>
        </w:rPr>
        <w:t xml:space="preserve"> </w:t>
      </w:r>
      <w:r w:rsidR="00C8704B">
        <w:rPr>
          <w:lang w:eastAsia="ko-KR"/>
        </w:rPr>
        <w:t>출발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출석을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확인하며</w:t>
      </w:r>
      <w:r w:rsidR="00C8704B">
        <w:rPr>
          <w:lang w:eastAsia="ko-KR"/>
        </w:rPr>
        <w:t xml:space="preserve">, </w:t>
      </w:r>
      <w:r w:rsidR="00C8704B">
        <w:rPr>
          <w:lang w:eastAsia="ko-KR"/>
        </w:rPr>
        <w:t>필요에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따라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프로그램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진행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중에도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출석을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확인한다</w:t>
      </w:r>
      <w:r w:rsidR="00C8704B">
        <w:rPr>
          <w:lang w:eastAsia="ko-KR"/>
        </w:rPr>
        <w:t>.</w:t>
      </w:r>
    </w:p>
    <w:p w14:paraId="33A8F636" w14:textId="33A903CB" w:rsidR="00C23D50" w:rsidRDefault="00F12368" w:rsidP="00F12368">
      <w:pPr>
        <w:rPr>
          <w:lang w:eastAsia="ko-KR"/>
        </w:rPr>
      </w:pPr>
      <w:r>
        <w:rPr>
          <w:rFonts w:hint="eastAsia"/>
          <w:lang w:eastAsia="ko-KR"/>
        </w:rPr>
        <w:t>·</w:t>
      </w:r>
      <w:r>
        <w:rPr>
          <w:lang w:eastAsia="ko-KR"/>
        </w:rPr>
        <w:t xml:space="preserve"> </w:t>
      </w:r>
      <w:r w:rsidR="00C8704B">
        <w:rPr>
          <w:lang w:eastAsia="ko-KR"/>
        </w:rPr>
        <w:t>각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방문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장소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및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이동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과정에서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스태프와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안내자가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참가자의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이동을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관리하고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안내한다</w:t>
      </w:r>
      <w:r w:rsidR="00C8704B">
        <w:rPr>
          <w:lang w:eastAsia="ko-KR"/>
        </w:rPr>
        <w:t>.</w:t>
      </w:r>
    </w:p>
    <w:p w14:paraId="73FA44F7" w14:textId="66FF65A8" w:rsidR="00C23D50" w:rsidRDefault="00F12368" w:rsidP="00F12368">
      <w:pPr>
        <w:rPr>
          <w:lang w:eastAsia="ko-KR"/>
        </w:rPr>
      </w:pPr>
      <w:r>
        <w:rPr>
          <w:rFonts w:hint="eastAsia"/>
          <w:lang w:eastAsia="ko-KR"/>
        </w:rPr>
        <w:t>·</w:t>
      </w:r>
      <w:r>
        <w:rPr>
          <w:lang w:eastAsia="ko-KR"/>
        </w:rPr>
        <w:t xml:space="preserve"> </w:t>
      </w:r>
      <w:r w:rsidR="00C8704B">
        <w:rPr>
          <w:lang w:eastAsia="ko-KR"/>
        </w:rPr>
        <w:t>각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장소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원활한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이동과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정시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대전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복귀를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위해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사전에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정해진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일정을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준수한다</w:t>
      </w:r>
      <w:r w:rsidR="00C8704B">
        <w:rPr>
          <w:lang w:eastAsia="ko-KR"/>
        </w:rPr>
        <w:t>.</w:t>
      </w:r>
    </w:p>
    <w:p w14:paraId="63349F48" w14:textId="66C8575A" w:rsidR="00C23D50" w:rsidRDefault="00F12368" w:rsidP="00F12368">
      <w:pPr>
        <w:rPr>
          <w:lang w:eastAsia="ko-KR"/>
        </w:rPr>
      </w:pPr>
      <w:r>
        <w:rPr>
          <w:rFonts w:hint="eastAsia"/>
          <w:lang w:eastAsia="ko-KR"/>
        </w:rPr>
        <w:t>·</w:t>
      </w:r>
      <w:r>
        <w:rPr>
          <w:lang w:eastAsia="ko-KR"/>
        </w:rPr>
        <w:t xml:space="preserve"> </w:t>
      </w:r>
      <w:r w:rsidR="00C8704B">
        <w:rPr>
          <w:lang w:eastAsia="ko-KR"/>
        </w:rPr>
        <w:t>초</w:t>
      </w:r>
      <w:r w:rsidR="00C8704B">
        <w:rPr>
          <w:lang w:eastAsia="ko-KR"/>
        </w:rPr>
        <w:t>기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참가자</w:t>
      </w:r>
      <w:r w:rsidR="00C8704B">
        <w:rPr>
          <w:lang w:eastAsia="ko-KR"/>
        </w:rPr>
        <w:t xml:space="preserve"> 200</w:t>
      </w:r>
      <w:r w:rsidR="00C8704B">
        <w:rPr>
          <w:lang w:eastAsia="ko-KR"/>
        </w:rPr>
        <w:t>명을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초과하는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추가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참가자는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교통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및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현장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운영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여건이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충분한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경우에만</w:t>
      </w:r>
      <w:r w:rsidR="00C8704B">
        <w:rPr>
          <w:lang w:eastAsia="ko-KR"/>
        </w:rPr>
        <w:t xml:space="preserve"> </w:t>
      </w:r>
      <w:r w:rsidR="00C8704B">
        <w:rPr>
          <w:lang w:eastAsia="ko-KR"/>
        </w:rPr>
        <w:t>접수한다</w:t>
      </w:r>
      <w:r w:rsidR="00C8704B">
        <w:rPr>
          <w:lang w:eastAsia="ko-KR"/>
        </w:rPr>
        <w:t>.</w:t>
      </w:r>
    </w:p>
    <w:p w14:paraId="74CF6831" w14:textId="750C4910" w:rsidR="00C23D50" w:rsidRDefault="00F12368">
      <w:pPr>
        <w:spacing w:before="200" w:after="100"/>
        <w:rPr>
          <w:lang w:eastAsia="ko-KR"/>
        </w:rPr>
      </w:pPr>
      <w:r>
        <w:rPr>
          <w:b/>
          <w:sz w:val="26"/>
          <w:lang w:eastAsia="ko-KR"/>
        </w:rPr>
        <w:t>7</w:t>
      </w:r>
      <w:r w:rsidR="00C8704B">
        <w:rPr>
          <w:b/>
          <w:sz w:val="26"/>
          <w:lang w:eastAsia="ko-KR"/>
        </w:rPr>
        <w:t xml:space="preserve">. SNS / </w:t>
      </w:r>
      <w:r w:rsidR="00C8704B">
        <w:rPr>
          <w:b/>
          <w:sz w:val="26"/>
          <w:lang w:eastAsia="ko-KR"/>
        </w:rPr>
        <w:t>블로그</w:t>
      </w:r>
      <w:r w:rsidR="00C8704B">
        <w:rPr>
          <w:b/>
          <w:sz w:val="26"/>
          <w:lang w:eastAsia="ko-KR"/>
        </w:rPr>
        <w:t xml:space="preserve"> </w:t>
      </w:r>
      <w:r w:rsidR="00C8704B">
        <w:rPr>
          <w:b/>
          <w:sz w:val="26"/>
          <w:lang w:eastAsia="ko-KR"/>
        </w:rPr>
        <w:t>추억</w:t>
      </w:r>
      <w:r w:rsidR="00C8704B">
        <w:rPr>
          <w:b/>
          <w:sz w:val="26"/>
          <w:lang w:eastAsia="ko-KR"/>
        </w:rPr>
        <w:t xml:space="preserve"> </w:t>
      </w:r>
      <w:r w:rsidR="00C8704B">
        <w:rPr>
          <w:b/>
          <w:sz w:val="26"/>
          <w:lang w:eastAsia="ko-KR"/>
        </w:rPr>
        <w:t>콘텐츠</w:t>
      </w:r>
      <w:r w:rsidR="00C8704B">
        <w:rPr>
          <w:b/>
          <w:sz w:val="26"/>
          <w:lang w:eastAsia="ko-KR"/>
        </w:rPr>
        <w:t xml:space="preserve"> </w:t>
      </w:r>
      <w:r w:rsidR="00C8704B">
        <w:rPr>
          <w:b/>
          <w:sz w:val="26"/>
          <w:lang w:eastAsia="ko-KR"/>
        </w:rPr>
        <w:t>공모전</w:t>
      </w:r>
    </w:p>
    <w:p w14:paraId="53DD143D" w14:textId="24D2F28D" w:rsidR="00C23D50" w:rsidRDefault="00C8704B">
      <w:pPr>
        <w:ind w:left="113"/>
        <w:rPr>
          <w:lang w:eastAsia="ko-KR"/>
        </w:rPr>
      </w:pPr>
      <w:r>
        <w:rPr>
          <w:lang w:eastAsia="ko-KR"/>
        </w:rPr>
        <w:t>버디</w:t>
      </w:r>
      <w:r>
        <w:rPr>
          <w:lang w:eastAsia="ko-KR"/>
        </w:rPr>
        <w:t xml:space="preserve"> </w:t>
      </w:r>
      <w:r>
        <w:rPr>
          <w:lang w:eastAsia="ko-KR"/>
        </w:rPr>
        <w:t>오디세이의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오래도록</w:t>
      </w:r>
      <w:r>
        <w:rPr>
          <w:lang w:eastAsia="ko-KR"/>
        </w:rPr>
        <w:t xml:space="preserve"> </w:t>
      </w:r>
      <w:r>
        <w:rPr>
          <w:lang w:eastAsia="ko-KR"/>
        </w:rPr>
        <w:t>기록하고</w:t>
      </w:r>
      <w:r>
        <w:rPr>
          <w:lang w:eastAsia="ko-KR"/>
        </w:rPr>
        <w:t xml:space="preserve"> </w:t>
      </w:r>
      <w:r>
        <w:rPr>
          <w:lang w:eastAsia="ko-KR"/>
        </w:rPr>
        <w:t>참가자들이</w:t>
      </w:r>
      <w:r>
        <w:rPr>
          <w:lang w:eastAsia="ko-KR"/>
        </w:rPr>
        <w:t xml:space="preserve"> </w:t>
      </w:r>
      <w:r>
        <w:rPr>
          <w:lang w:eastAsia="ko-KR"/>
        </w:rPr>
        <w:t>자신의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적극적으로</w:t>
      </w:r>
      <w:r>
        <w:rPr>
          <w:lang w:eastAsia="ko-KR"/>
        </w:rPr>
        <w:t xml:space="preserve"> </w:t>
      </w:r>
      <w:r>
        <w:rPr>
          <w:lang w:eastAsia="ko-KR"/>
        </w:rPr>
        <w:t>기록</w:t>
      </w:r>
      <w:r w:rsidR="00F12368">
        <w:rPr>
          <w:rFonts w:hint="eastAsia"/>
          <w:lang w:eastAsia="ko-KR"/>
        </w:rPr>
        <w:t xml:space="preserve"> </w:t>
      </w:r>
      <w:r>
        <w:rPr>
          <w:lang w:eastAsia="ko-KR"/>
        </w:rPr>
        <w:t>·</w:t>
      </w:r>
      <w:r w:rsidR="00F12368">
        <w:rPr>
          <w:lang w:eastAsia="ko-KR"/>
        </w:rPr>
        <w:t xml:space="preserve"> </w:t>
      </w:r>
      <w:r>
        <w:rPr>
          <w:lang w:eastAsia="ko-KR"/>
        </w:rPr>
        <w:t>공유할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있도록</w:t>
      </w:r>
      <w:r>
        <w:rPr>
          <w:lang w:eastAsia="ko-KR"/>
        </w:rPr>
        <w:t xml:space="preserve"> </w:t>
      </w:r>
      <w:r>
        <w:rPr>
          <w:lang w:eastAsia="ko-KR"/>
        </w:rPr>
        <w:t>부산</w:t>
      </w:r>
      <w:r>
        <w:rPr>
          <w:lang w:eastAsia="ko-KR"/>
        </w:rPr>
        <w:t xml:space="preserve"> </w:t>
      </w:r>
      <w:r>
        <w:rPr>
          <w:lang w:eastAsia="ko-KR"/>
        </w:rPr>
        <w:t>방문과</w:t>
      </w:r>
      <w:r>
        <w:rPr>
          <w:lang w:eastAsia="ko-KR"/>
        </w:rPr>
        <w:t xml:space="preserve"> </w:t>
      </w:r>
      <w:r>
        <w:rPr>
          <w:lang w:eastAsia="ko-KR"/>
        </w:rPr>
        <w:t>연계한</w:t>
      </w:r>
      <w:r>
        <w:rPr>
          <w:lang w:eastAsia="ko-KR"/>
        </w:rPr>
        <w:t xml:space="preserve"> SNS/</w:t>
      </w:r>
      <w:r>
        <w:rPr>
          <w:lang w:eastAsia="ko-KR"/>
        </w:rPr>
        <w:t>블로그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공모전을</w:t>
      </w:r>
      <w:r>
        <w:rPr>
          <w:lang w:eastAsia="ko-KR"/>
        </w:rPr>
        <w:t xml:space="preserve"> </w:t>
      </w:r>
      <w:r>
        <w:rPr>
          <w:lang w:eastAsia="ko-KR"/>
        </w:rPr>
        <w:t>운영한다</w:t>
      </w:r>
      <w:r>
        <w:rPr>
          <w:lang w:eastAsia="ko-KR"/>
        </w:rPr>
        <w:t>.</w:t>
      </w:r>
    </w:p>
    <w:p w14:paraId="635E4C7D" w14:textId="5AC5C737" w:rsidR="00C23D50" w:rsidRDefault="00C8704B">
      <w:pPr>
        <w:ind w:left="113"/>
        <w:rPr>
          <w:lang w:eastAsia="ko-KR"/>
        </w:rPr>
      </w:pPr>
      <w:r>
        <w:rPr>
          <w:lang w:eastAsia="ko-KR"/>
        </w:rPr>
        <w:t>참가자는</w:t>
      </w:r>
      <w:r>
        <w:rPr>
          <w:lang w:eastAsia="ko-KR"/>
        </w:rPr>
        <w:t xml:space="preserve"> </w:t>
      </w:r>
      <w:r>
        <w:rPr>
          <w:lang w:eastAsia="ko-KR"/>
        </w:rPr>
        <w:t>행사</w:t>
      </w:r>
      <w:r>
        <w:rPr>
          <w:lang w:eastAsia="ko-KR"/>
        </w:rPr>
        <w:t xml:space="preserve"> </w:t>
      </w:r>
      <w:r>
        <w:rPr>
          <w:lang w:eastAsia="ko-KR"/>
        </w:rPr>
        <w:t>중</w:t>
      </w:r>
      <w:r>
        <w:rPr>
          <w:lang w:eastAsia="ko-KR"/>
        </w:rPr>
        <w:t xml:space="preserve"> </w:t>
      </w:r>
      <w:r>
        <w:rPr>
          <w:lang w:eastAsia="ko-KR"/>
        </w:rPr>
        <w:t>경험한</w:t>
      </w:r>
      <w:r>
        <w:rPr>
          <w:lang w:eastAsia="ko-KR"/>
        </w:rPr>
        <w:t xml:space="preserve"> </w:t>
      </w:r>
      <w:r>
        <w:rPr>
          <w:lang w:eastAsia="ko-KR"/>
        </w:rPr>
        <w:t>내용을</w:t>
      </w:r>
      <w:r>
        <w:rPr>
          <w:lang w:eastAsia="ko-KR"/>
        </w:rPr>
        <w:t xml:space="preserve"> </w:t>
      </w:r>
      <w:r>
        <w:rPr>
          <w:lang w:eastAsia="ko-KR"/>
        </w:rPr>
        <w:t>바탕으로</w:t>
      </w:r>
      <w:r>
        <w:rPr>
          <w:lang w:eastAsia="ko-KR"/>
        </w:rPr>
        <w:t xml:space="preserve"> SNS </w:t>
      </w:r>
      <w:r>
        <w:rPr>
          <w:lang w:eastAsia="ko-KR"/>
        </w:rPr>
        <w:t>게시물</w:t>
      </w:r>
      <w:r>
        <w:rPr>
          <w:lang w:eastAsia="ko-KR"/>
        </w:rPr>
        <w:t>(</w:t>
      </w:r>
      <w:proofErr w:type="spellStart"/>
      <w:r>
        <w:rPr>
          <w:lang w:eastAsia="ko-KR"/>
        </w:rPr>
        <w:t>숏폼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)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블로그</w:t>
      </w:r>
      <w:r>
        <w:rPr>
          <w:lang w:eastAsia="ko-KR"/>
        </w:rPr>
        <w:t xml:space="preserve"> </w:t>
      </w:r>
      <w:r>
        <w:rPr>
          <w:lang w:eastAsia="ko-KR"/>
        </w:rPr>
        <w:t>게시물을</w:t>
      </w:r>
      <w:r>
        <w:rPr>
          <w:lang w:eastAsia="ko-KR"/>
        </w:rPr>
        <w:t xml:space="preserve"> </w:t>
      </w:r>
      <w:r>
        <w:rPr>
          <w:lang w:eastAsia="ko-KR"/>
        </w:rPr>
        <w:t>제작</w:t>
      </w:r>
      <w:r>
        <w:rPr>
          <w:lang w:eastAsia="ko-KR"/>
        </w:rPr>
        <w:t>하여</w:t>
      </w:r>
      <w:r>
        <w:rPr>
          <w:lang w:eastAsia="ko-KR"/>
        </w:rPr>
        <w:t xml:space="preserve"> </w:t>
      </w:r>
      <w:r>
        <w:rPr>
          <w:lang w:eastAsia="ko-KR"/>
        </w:rPr>
        <w:t>제출하도록</w:t>
      </w:r>
      <w:r>
        <w:rPr>
          <w:lang w:eastAsia="ko-KR"/>
        </w:rPr>
        <w:t xml:space="preserve"> </w:t>
      </w:r>
      <w:r>
        <w:rPr>
          <w:lang w:eastAsia="ko-KR"/>
        </w:rPr>
        <w:t>한다</w:t>
      </w:r>
      <w:r>
        <w:rPr>
          <w:lang w:eastAsia="ko-KR"/>
        </w:rPr>
        <w:t>.</w:t>
      </w:r>
    </w:p>
    <w:p w14:paraId="70786750" w14:textId="77777777" w:rsidR="00F12368" w:rsidRDefault="00F12368">
      <w:pPr>
        <w:ind w:left="113"/>
        <w:rPr>
          <w:lang w:eastAsia="ko-KR"/>
        </w:rPr>
      </w:pPr>
    </w:p>
    <w:p w14:paraId="038C6D36" w14:textId="77777777" w:rsidR="00F12368" w:rsidRDefault="00F12368" w:rsidP="00F12368">
      <w:pPr>
        <w:ind w:left="113"/>
        <w:rPr>
          <w:b/>
          <w:lang w:eastAsia="ko-KR"/>
        </w:rPr>
      </w:pPr>
      <w:r w:rsidRPr="00F12368">
        <w:rPr>
          <w:rFonts w:hint="eastAsia"/>
          <w:b/>
          <w:lang w:eastAsia="ko-KR"/>
        </w:rPr>
        <w:lastRenderedPageBreak/>
        <w:t>-</w:t>
      </w:r>
      <w:r>
        <w:rPr>
          <w:b/>
          <w:lang w:eastAsia="ko-KR"/>
        </w:rPr>
        <w:t xml:space="preserve"> </w:t>
      </w:r>
      <w:r w:rsidR="00C8704B" w:rsidRPr="00F12368">
        <w:rPr>
          <w:b/>
          <w:lang w:eastAsia="ko-KR"/>
        </w:rPr>
        <w:t>공모전</w:t>
      </w:r>
      <w:r w:rsidR="00C8704B" w:rsidRPr="00F12368">
        <w:rPr>
          <w:b/>
          <w:lang w:eastAsia="ko-KR"/>
        </w:rPr>
        <w:t xml:space="preserve"> </w:t>
      </w:r>
      <w:r w:rsidR="00C8704B" w:rsidRPr="00F12368">
        <w:rPr>
          <w:b/>
          <w:lang w:eastAsia="ko-KR"/>
        </w:rPr>
        <w:t>목적</w:t>
      </w:r>
      <w:r w:rsidR="00C8704B" w:rsidRPr="00F12368">
        <w:rPr>
          <w:b/>
          <w:lang w:eastAsia="ko-KR"/>
        </w:rPr>
        <w:t xml:space="preserve">  </w:t>
      </w:r>
    </w:p>
    <w:p w14:paraId="33A93991" w14:textId="6E3BB49A" w:rsidR="00C23D50" w:rsidRDefault="00C8704B" w:rsidP="00F12368">
      <w:pPr>
        <w:ind w:left="113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버디</w:t>
      </w:r>
      <w:r>
        <w:rPr>
          <w:lang w:eastAsia="ko-KR"/>
        </w:rPr>
        <w:t xml:space="preserve"> </w:t>
      </w:r>
      <w:r>
        <w:rPr>
          <w:lang w:eastAsia="ko-KR"/>
        </w:rPr>
        <w:t>오디세이</w:t>
      </w:r>
      <w:r>
        <w:rPr>
          <w:lang w:eastAsia="ko-KR"/>
        </w:rPr>
        <w:t xml:space="preserve"> </w:t>
      </w:r>
      <w:r>
        <w:rPr>
          <w:lang w:eastAsia="ko-KR"/>
        </w:rPr>
        <w:t>참가자들의</w:t>
      </w:r>
      <w:r>
        <w:rPr>
          <w:lang w:eastAsia="ko-KR"/>
        </w:rPr>
        <w:t xml:space="preserve"> </w:t>
      </w:r>
      <w:r>
        <w:rPr>
          <w:lang w:eastAsia="ko-KR"/>
        </w:rPr>
        <w:t>추억과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기록하고</w:t>
      </w:r>
      <w:r>
        <w:rPr>
          <w:lang w:eastAsia="ko-KR"/>
        </w:rPr>
        <w:t xml:space="preserve"> </w:t>
      </w:r>
      <w:r>
        <w:rPr>
          <w:lang w:eastAsia="ko-KR"/>
        </w:rPr>
        <w:t>공유한다</w:t>
      </w:r>
      <w:r>
        <w:rPr>
          <w:lang w:eastAsia="ko-KR"/>
        </w:rPr>
        <w:t>.</w:t>
      </w:r>
      <w:r>
        <w:rPr>
          <w:lang w:eastAsia="ko-KR"/>
        </w:rPr>
        <w:br/>
        <w:t xml:space="preserve">② </w:t>
      </w:r>
      <w:r>
        <w:rPr>
          <w:lang w:eastAsia="ko-KR"/>
        </w:rPr>
        <w:t>학생들이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제작한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행사의</w:t>
      </w:r>
      <w:r>
        <w:rPr>
          <w:lang w:eastAsia="ko-KR"/>
        </w:rPr>
        <w:t xml:space="preserve"> </w:t>
      </w:r>
      <w:r>
        <w:rPr>
          <w:lang w:eastAsia="ko-KR"/>
        </w:rPr>
        <w:t>의미와</w:t>
      </w:r>
      <w:r>
        <w:rPr>
          <w:lang w:eastAsia="ko-KR"/>
        </w:rPr>
        <w:t xml:space="preserve"> </w:t>
      </w:r>
      <w:r>
        <w:rPr>
          <w:lang w:eastAsia="ko-KR"/>
        </w:rPr>
        <w:t>성과를</w:t>
      </w:r>
      <w:r>
        <w:rPr>
          <w:lang w:eastAsia="ko-KR"/>
        </w:rPr>
        <w:t xml:space="preserve"> </w:t>
      </w:r>
      <w:r>
        <w:rPr>
          <w:lang w:eastAsia="ko-KR"/>
        </w:rPr>
        <w:t>효과적으로</w:t>
      </w:r>
      <w:r>
        <w:rPr>
          <w:lang w:eastAsia="ko-KR"/>
        </w:rPr>
        <w:t xml:space="preserve"> </w:t>
      </w:r>
      <w:r>
        <w:rPr>
          <w:lang w:eastAsia="ko-KR"/>
        </w:rPr>
        <w:t>알린다</w:t>
      </w:r>
      <w:r>
        <w:rPr>
          <w:lang w:eastAsia="ko-KR"/>
        </w:rPr>
        <w:t>.</w:t>
      </w:r>
    </w:p>
    <w:p w14:paraId="7E124790" w14:textId="0896878F" w:rsidR="00C23D50" w:rsidRDefault="00C8704B">
      <w:pPr>
        <w:ind w:left="113"/>
        <w:rPr>
          <w:lang w:eastAsia="ko-KR"/>
        </w:rPr>
      </w:pPr>
      <w:r>
        <w:rPr>
          <w:lang w:eastAsia="ko-KR"/>
        </w:rPr>
        <w:t>우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작품에는</w:t>
      </w:r>
      <w:r>
        <w:rPr>
          <w:lang w:eastAsia="ko-KR"/>
        </w:rPr>
        <w:t xml:space="preserve"> </w:t>
      </w:r>
      <w:r>
        <w:rPr>
          <w:lang w:eastAsia="ko-KR"/>
        </w:rPr>
        <w:t>시상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상품을</w:t>
      </w:r>
      <w:r>
        <w:rPr>
          <w:lang w:eastAsia="ko-KR"/>
        </w:rPr>
        <w:t xml:space="preserve"> </w:t>
      </w:r>
      <w:r>
        <w:rPr>
          <w:lang w:eastAsia="ko-KR"/>
        </w:rPr>
        <w:t>제공한다</w:t>
      </w:r>
      <w:r w:rsidR="008864E2">
        <w:rPr>
          <w:lang w:eastAsia="ko-KR"/>
        </w:rPr>
        <w:t>(1</w:t>
      </w:r>
      <w:r w:rsidR="008864E2">
        <w:rPr>
          <w:rFonts w:hint="eastAsia"/>
          <w:lang w:eastAsia="ko-KR"/>
        </w:rPr>
        <w:t xml:space="preserve">등 </w:t>
      </w:r>
      <w:r w:rsidR="008864E2">
        <w:rPr>
          <w:lang w:eastAsia="ko-KR"/>
        </w:rPr>
        <w:t>1</w:t>
      </w:r>
      <w:r w:rsidR="008864E2">
        <w:rPr>
          <w:rFonts w:hint="eastAsia"/>
          <w:lang w:eastAsia="ko-KR"/>
        </w:rPr>
        <w:t>명,</w:t>
      </w:r>
      <w:r w:rsidR="008864E2">
        <w:rPr>
          <w:lang w:eastAsia="ko-KR"/>
        </w:rPr>
        <w:t xml:space="preserve"> 2</w:t>
      </w:r>
      <w:r w:rsidR="008864E2">
        <w:rPr>
          <w:rFonts w:hint="eastAsia"/>
          <w:lang w:eastAsia="ko-KR"/>
        </w:rPr>
        <w:t xml:space="preserve">등 </w:t>
      </w:r>
      <w:r w:rsidR="008864E2">
        <w:rPr>
          <w:lang w:eastAsia="ko-KR"/>
        </w:rPr>
        <w:t>2</w:t>
      </w:r>
      <w:r w:rsidR="008864E2">
        <w:rPr>
          <w:rFonts w:hint="eastAsia"/>
          <w:lang w:eastAsia="ko-KR"/>
        </w:rPr>
        <w:t>명,</w:t>
      </w:r>
      <w:r w:rsidR="008864E2">
        <w:rPr>
          <w:lang w:eastAsia="ko-KR"/>
        </w:rPr>
        <w:t xml:space="preserve"> 3</w:t>
      </w:r>
      <w:r w:rsidR="008864E2">
        <w:rPr>
          <w:rFonts w:hint="eastAsia"/>
          <w:lang w:eastAsia="ko-KR"/>
        </w:rPr>
        <w:t xml:space="preserve">등 </w:t>
      </w:r>
      <w:r w:rsidR="008864E2">
        <w:rPr>
          <w:lang w:eastAsia="ko-KR"/>
        </w:rPr>
        <w:t>3</w:t>
      </w:r>
      <w:r w:rsidR="008864E2">
        <w:rPr>
          <w:rFonts w:hint="eastAsia"/>
          <w:lang w:eastAsia="ko-KR"/>
        </w:rPr>
        <w:t>명,</w:t>
      </w:r>
      <w:r w:rsidR="008864E2">
        <w:rPr>
          <w:lang w:eastAsia="ko-KR"/>
        </w:rPr>
        <w:t xml:space="preserve"> </w:t>
      </w:r>
      <w:r w:rsidR="008864E2">
        <w:rPr>
          <w:rFonts w:hint="eastAsia"/>
          <w:lang w:eastAsia="ko-KR"/>
        </w:rPr>
        <w:t xml:space="preserve">총 </w:t>
      </w:r>
      <w:r w:rsidR="00CB2665">
        <w:rPr>
          <w:lang w:eastAsia="ko-KR"/>
        </w:rPr>
        <w:t>8</w:t>
      </w:r>
      <w:r w:rsidR="008864E2">
        <w:rPr>
          <w:lang w:eastAsia="ko-KR"/>
        </w:rPr>
        <w:t>0</w:t>
      </w:r>
      <w:r w:rsidR="008864E2">
        <w:rPr>
          <w:rFonts w:hint="eastAsia"/>
          <w:lang w:eastAsia="ko-KR"/>
        </w:rPr>
        <w:t>만원 상당)</w:t>
      </w:r>
      <w:r w:rsidR="008864E2">
        <w:rPr>
          <w:lang w:eastAsia="ko-KR"/>
        </w:rPr>
        <w:t xml:space="preserve">. </w:t>
      </w:r>
      <w:r>
        <w:rPr>
          <w:lang w:eastAsia="ko-KR"/>
        </w:rPr>
        <w:t>세부</w:t>
      </w:r>
      <w:r>
        <w:rPr>
          <w:lang w:eastAsia="ko-KR"/>
        </w:rPr>
        <w:t xml:space="preserve"> </w:t>
      </w:r>
      <w:r>
        <w:rPr>
          <w:lang w:eastAsia="ko-KR"/>
        </w:rPr>
        <w:t>공모</w:t>
      </w:r>
      <w:r>
        <w:rPr>
          <w:lang w:eastAsia="ko-KR"/>
        </w:rPr>
        <w:t xml:space="preserve"> </w:t>
      </w:r>
      <w:r>
        <w:rPr>
          <w:lang w:eastAsia="ko-KR"/>
        </w:rPr>
        <w:t>요강</w:t>
      </w:r>
      <w:r>
        <w:rPr>
          <w:lang w:eastAsia="ko-KR"/>
        </w:rPr>
        <w:t xml:space="preserve">, </w:t>
      </w:r>
      <w:r>
        <w:rPr>
          <w:lang w:eastAsia="ko-KR"/>
        </w:rPr>
        <w:t>제출</w:t>
      </w:r>
      <w:r>
        <w:rPr>
          <w:lang w:eastAsia="ko-KR"/>
        </w:rPr>
        <w:t xml:space="preserve"> </w:t>
      </w:r>
      <w:r>
        <w:rPr>
          <w:lang w:eastAsia="ko-KR"/>
        </w:rPr>
        <w:t>방법</w:t>
      </w:r>
      <w:r>
        <w:rPr>
          <w:lang w:eastAsia="ko-KR"/>
        </w:rPr>
        <w:t xml:space="preserve">, </w:t>
      </w:r>
      <w:r>
        <w:rPr>
          <w:lang w:eastAsia="ko-KR"/>
        </w:rPr>
        <w:t>평가</w:t>
      </w:r>
      <w:r>
        <w:rPr>
          <w:lang w:eastAsia="ko-KR"/>
        </w:rPr>
        <w:t xml:space="preserve"> </w:t>
      </w:r>
      <w:r>
        <w:rPr>
          <w:lang w:eastAsia="ko-KR"/>
        </w:rPr>
        <w:t>기준</w:t>
      </w:r>
      <w:r>
        <w:rPr>
          <w:lang w:eastAsia="ko-KR"/>
        </w:rPr>
        <w:t xml:space="preserve">, </w:t>
      </w:r>
      <w:r>
        <w:rPr>
          <w:lang w:eastAsia="ko-KR"/>
        </w:rPr>
        <w:t>시상</w:t>
      </w:r>
      <w:r>
        <w:rPr>
          <w:lang w:eastAsia="ko-KR"/>
        </w:rPr>
        <w:t xml:space="preserve"> </w:t>
      </w:r>
      <w:r>
        <w:rPr>
          <w:lang w:eastAsia="ko-KR"/>
        </w:rPr>
        <w:t>부문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상금은</w:t>
      </w:r>
      <w:r>
        <w:rPr>
          <w:lang w:eastAsia="ko-KR"/>
        </w:rPr>
        <w:t xml:space="preserve"> </w:t>
      </w:r>
      <w:r>
        <w:rPr>
          <w:lang w:eastAsia="ko-KR"/>
        </w:rPr>
        <w:t>추후</w:t>
      </w:r>
      <w:r>
        <w:rPr>
          <w:lang w:eastAsia="ko-KR"/>
        </w:rPr>
        <w:t xml:space="preserve"> </w:t>
      </w:r>
      <w:r>
        <w:rPr>
          <w:lang w:eastAsia="ko-KR"/>
        </w:rPr>
        <w:t>확정하여</w:t>
      </w:r>
      <w:r>
        <w:rPr>
          <w:lang w:eastAsia="ko-KR"/>
        </w:rPr>
        <w:t xml:space="preserve"> </w:t>
      </w:r>
      <w:r>
        <w:rPr>
          <w:lang w:eastAsia="ko-KR"/>
        </w:rPr>
        <w:t>별도로</w:t>
      </w:r>
      <w:r>
        <w:rPr>
          <w:lang w:eastAsia="ko-KR"/>
        </w:rPr>
        <w:t xml:space="preserve"> </w:t>
      </w:r>
      <w:r>
        <w:rPr>
          <w:lang w:eastAsia="ko-KR"/>
        </w:rPr>
        <w:t>공지한다</w:t>
      </w:r>
      <w:r>
        <w:rPr>
          <w:lang w:eastAsia="ko-KR"/>
        </w:rPr>
        <w:t>.</w:t>
      </w:r>
    </w:p>
    <w:p w14:paraId="1E5061FD" w14:textId="0C3BB732" w:rsidR="00C23D50" w:rsidRDefault="008864E2">
      <w:pPr>
        <w:spacing w:before="200" w:after="100"/>
        <w:rPr>
          <w:lang w:eastAsia="ko-KR"/>
        </w:rPr>
      </w:pPr>
      <w:r>
        <w:rPr>
          <w:b/>
          <w:sz w:val="26"/>
          <w:lang w:eastAsia="ko-KR"/>
        </w:rPr>
        <w:t>8</w:t>
      </w:r>
      <w:r w:rsidR="00C8704B">
        <w:rPr>
          <w:b/>
          <w:sz w:val="26"/>
          <w:lang w:eastAsia="ko-KR"/>
        </w:rPr>
        <w:t xml:space="preserve">. </w:t>
      </w:r>
      <w:r w:rsidR="00C8704B">
        <w:rPr>
          <w:b/>
          <w:sz w:val="26"/>
          <w:lang w:eastAsia="ko-KR"/>
        </w:rPr>
        <w:t>기대</w:t>
      </w:r>
      <w:r w:rsidR="00C8704B">
        <w:rPr>
          <w:b/>
          <w:sz w:val="26"/>
          <w:lang w:eastAsia="ko-KR"/>
        </w:rPr>
        <w:t xml:space="preserve"> </w:t>
      </w:r>
      <w:r w:rsidR="00C8704B">
        <w:rPr>
          <w:b/>
          <w:sz w:val="26"/>
          <w:lang w:eastAsia="ko-KR"/>
        </w:rPr>
        <w:t>효과</w:t>
      </w:r>
    </w:p>
    <w:p w14:paraId="0CCBF85C" w14:textId="0120397E" w:rsidR="00C23D50" w:rsidRDefault="00C8704B">
      <w:pPr>
        <w:ind w:left="113"/>
        <w:rPr>
          <w:lang w:eastAsia="ko-KR"/>
        </w:rPr>
      </w:pPr>
      <w:r>
        <w:rPr>
          <w:lang w:eastAsia="ko-KR"/>
        </w:rPr>
        <w:t xml:space="preserve">2026 </w:t>
      </w:r>
      <w:r w:rsidR="008864E2">
        <w:rPr>
          <w:lang w:eastAsia="ko-KR"/>
        </w:rPr>
        <w:t>“</w:t>
      </w:r>
      <w:r w:rsidR="008864E2">
        <w:rPr>
          <w:rFonts w:hint="eastAsia"/>
          <w:lang w:eastAsia="ko-KR"/>
        </w:rPr>
        <w:t>글로벌</w:t>
      </w:r>
      <w:r>
        <w:rPr>
          <w:lang w:eastAsia="ko-KR"/>
        </w:rPr>
        <w:t xml:space="preserve"> </w:t>
      </w:r>
      <w:r>
        <w:rPr>
          <w:lang w:eastAsia="ko-KR"/>
        </w:rPr>
        <w:t>버디</w:t>
      </w:r>
      <w:r>
        <w:rPr>
          <w:lang w:eastAsia="ko-KR"/>
        </w:rPr>
        <w:t xml:space="preserve"> </w:t>
      </w:r>
      <w:r>
        <w:rPr>
          <w:lang w:eastAsia="ko-KR"/>
        </w:rPr>
        <w:t>오디세이</w:t>
      </w:r>
      <w:r>
        <w:rPr>
          <w:lang w:eastAsia="ko-KR"/>
        </w:rPr>
        <w:t>–</w:t>
      </w:r>
      <w:r>
        <w:rPr>
          <w:lang w:eastAsia="ko-KR"/>
        </w:rPr>
        <w:t>부산</w:t>
      </w:r>
      <w:r w:rsidR="008864E2"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한국학생과</w:t>
      </w:r>
      <w:r>
        <w:rPr>
          <w:lang w:eastAsia="ko-KR"/>
        </w:rPr>
        <w:t xml:space="preserve"> </w:t>
      </w:r>
      <w:r>
        <w:rPr>
          <w:lang w:eastAsia="ko-KR"/>
        </w:rPr>
        <w:t>외국인</w:t>
      </w:r>
      <w:r>
        <w:rPr>
          <w:lang w:eastAsia="ko-KR"/>
        </w:rPr>
        <w:t xml:space="preserve"> </w:t>
      </w:r>
      <w:r>
        <w:rPr>
          <w:lang w:eastAsia="ko-KR"/>
        </w:rPr>
        <w:t>유학생에게</w:t>
      </w:r>
      <w:r>
        <w:rPr>
          <w:lang w:eastAsia="ko-KR"/>
        </w:rPr>
        <w:t xml:space="preserve"> </w:t>
      </w:r>
      <w:r>
        <w:rPr>
          <w:lang w:eastAsia="ko-KR"/>
        </w:rPr>
        <w:t>체계적으로</w:t>
      </w:r>
      <w:r>
        <w:rPr>
          <w:lang w:eastAsia="ko-KR"/>
        </w:rPr>
        <w:t xml:space="preserve"> </w:t>
      </w:r>
      <w:r>
        <w:rPr>
          <w:lang w:eastAsia="ko-KR"/>
        </w:rPr>
        <w:t>문화</w:t>
      </w:r>
      <w:r>
        <w:rPr>
          <w:lang w:eastAsia="ko-KR"/>
        </w:rPr>
        <w:t>·</w:t>
      </w:r>
      <w:r>
        <w:rPr>
          <w:lang w:eastAsia="ko-KR"/>
        </w:rPr>
        <w:t>교류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제공하고</w:t>
      </w:r>
      <w:r>
        <w:rPr>
          <w:lang w:eastAsia="ko-KR"/>
        </w:rPr>
        <w:t xml:space="preserve">, </w:t>
      </w:r>
      <w:r>
        <w:rPr>
          <w:lang w:eastAsia="ko-KR"/>
        </w:rPr>
        <w:t>학생</w:t>
      </w:r>
      <w:r>
        <w:rPr>
          <w:lang w:eastAsia="ko-KR"/>
        </w:rPr>
        <w:t xml:space="preserve"> </w:t>
      </w:r>
      <w:r>
        <w:rPr>
          <w:lang w:eastAsia="ko-KR"/>
        </w:rPr>
        <w:t>간</w:t>
      </w:r>
      <w:r>
        <w:rPr>
          <w:lang w:eastAsia="ko-KR"/>
        </w:rPr>
        <w:t xml:space="preserve"> </w:t>
      </w:r>
      <w:r>
        <w:rPr>
          <w:lang w:eastAsia="ko-KR"/>
        </w:rPr>
        <w:t>교류와</w:t>
      </w:r>
      <w:r>
        <w:rPr>
          <w:lang w:eastAsia="ko-KR"/>
        </w:rPr>
        <w:t xml:space="preserve"> </w:t>
      </w:r>
      <w:r>
        <w:rPr>
          <w:lang w:eastAsia="ko-KR"/>
        </w:rPr>
        <w:t>캠퍼스</w:t>
      </w:r>
      <w:r>
        <w:rPr>
          <w:lang w:eastAsia="ko-KR"/>
        </w:rPr>
        <w:t xml:space="preserve"> </w:t>
      </w:r>
      <w:r>
        <w:rPr>
          <w:lang w:eastAsia="ko-KR"/>
        </w:rPr>
        <w:t>공동체</w:t>
      </w:r>
      <w:r>
        <w:rPr>
          <w:lang w:eastAsia="ko-KR"/>
        </w:rPr>
        <w:t xml:space="preserve"> </w:t>
      </w:r>
      <w:r>
        <w:rPr>
          <w:lang w:eastAsia="ko-KR"/>
        </w:rPr>
        <w:t>참여를</w:t>
      </w:r>
      <w:r>
        <w:rPr>
          <w:lang w:eastAsia="ko-KR"/>
        </w:rPr>
        <w:t xml:space="preserve"> </w:t>
      </w:r>
      <w:r>
        <w:rPr>
          <w:lang w:eastAsia="ko-KR"/>
        </w:rPr>
        <w:t>활성화하며</w:t>
      </w:r>
      <w:r>
        <w:rPr>
          <w:lang w:eastAsia="ko-KR"/>
        </w:rPr>
        <w:t xml:space="preserve"> </w:t>
      </w:r>
      <w:r>
        <w:rPr>
          <w:lang w:eastAsia="ko-KR"/>
        </w:rPr>
        <w:t>교실</w:t>
      </w:r>
      <w:r>
        <w:rPr>
          <w:lang w:eastAsia="ko-KR"/>
        </w:rPr>
        <w:t xml:space="preserve"> </w:t>
      </w:r>
      <w:r>
        <w:rPr>
          <w:lang w:eastAsia="ko-KR"/>
        </w:rPr>
        <w:t>밖에서</w:t>
      </w:r>
      <w:r>
        <w:rPr>
          <w:lang w:eastAsia="ko-KR"/>
        </w:rPr>
        <w:t xml:space="preserve"> </w:t>
      </w:r>
      <w:r>
        <w:rPr>
          <w:lang w:eastAsia="ko-KR"/>
        </w:rPr>
        <w:t>의미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형성하는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기여한다</w:t>
      </w:r>
      <w:r>
        <w:rPr>
          <w:lang w:eastAsia="ko-KR"/>
        </w:rPr>
        <w:t>.</w:t>
      </w:r>
    </w:p>
    <w:p w14:paraId="0803A5E9" w14:textId="0E01632D" w:rsidR="00C23D50" w:rsidRDefault="00C8704B">
      <w:pPr>
        <w:ind w:left="113"/>
        <w:rPr>
          <w:lang w:eastAsia="ko-KR"/>
        </w:rPr>
      </w:pPr>
      <w:r>
        <w:rPr>
          <w:lang w:eastAsia="ko-KR"/>
        </w:rPr>
        <w:t>또한</w:t>
      </w:r>
      <w:r>
        <w:rPr>
          <w:lang w:eastAsia="ko-KR"/>
        </w:rPr>
        <w:t xml:space="preserve"> </w:t>
      </w:r>
      <w:r>
        <w:rPr>
          <w:lang w:eastAsia="ko-KR"/>
        </w:rPr>
        <w:t>체계적인</w:t>
      </w:r>
      <w:r>
        <w:rPr>
          <w:lang w:eastAsia="ko-KR"/>
        </w:rPr>
        <w:t xml:space="preserve"> </w:t>
      </w:r>
      <w:r>
        <w:rPr>
          <w:lang w:eastAsia="ko-KR"/>
        </w:rPr>
        <w:t>교통편</w:t>
      </w:r>
      <w:r>
        <w:rPr>
          <w:lang w:eastAsia="ko-KR"/>
        </w:rPr>
        <w:t xml:space="preserve"> </w:t>
      </w:r>
      <w:r>
        <w:rPr>
          <w:lang w:eastAsia="ko-KR"/>
        </w:rPr>
        <w:t>운영</w:t>
      </w:r>
      <w:r>
        <w:rPr>
          <w:lang w:eastAsia="ko-KR"/>
        </w:rPr>
        <w:t xml:space="preserve">, </w:t>
      </w:r>
      <w:r>
        <w:rPr>
          <w:lang w:eastAsia="ko-KR"/>
        </w:rPr>
        <w:t>참가자</w:t>
      </w:r>
      <w:r>
        <w:rPr>
          <w:lang w:eastAsia="ko-KR"/>
        </w:rPr>
        <w:t xml:space="preserve"> </w:t>
      </w:r>
      <w:r>
        <w:rPr>
          <w:lang w:eastAsia="ko-KR"/>
        </w:rPr>
        <w:t>관리</w:t>
      </w:r>
      <w:r>
        <w:rPr>
          <w:lang w:eastAsia="ko-KR"/>
        </w:rPr>
        <w:t xml:space="preserve">, </w:t>
      </w:r>
      <w:r>
        <w:rPr>
          <w:lang w:eastAsia="ko-KR"/>
        </w:rPr>
        <w:t>식사</w:t>
      </w:r>
      <w:r>
        <w:rPr>
          <w:lang w:eastAsia="ko-KR"/>
        </w:rPr>
        <w:t xml:space="preserve"> </w:t>
      </w:r>
      <w:r>
        <w:rPr>
          <w:lang w:eastAsia="ko-KR"/>
        </w:rPr>
        <w:t>운영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사후</w:t>
      </w:r>
      <w:r>
        <w:rPr>
          <w:lang w:eastAsia="ko-KR"/>
        </w:rPr>
        <w:t xml:space="preserve"> SNS/</w:t>
      </w:r>
      <w:r>
        <w:rPr>
          <w:lang w:eastAsia="ko-KR"/>
        </w:rPr>
        <w:t>블로그</w:t>
      </w:r>
      <w:r>
        <w:rPr>
          <w:lang w:eastAsia="ko-KR"/>
        </w:rPr>
        <w:t xml:space="preserve"> </w:t>
      </w:r>
      <w:r>
        <w:rPr>
          <w:lang w:eastAsia="ko-KR"/>
        </w:rPr>
        <w:t>공모전을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참가자들의</w:t>
      </w:r>
      <w:r>
        <w:rPr>
          <w:lang w:eastAsia="ko-KR"/>
        </w:rPr>
        <w:t xml:space="preserve"> </w:t>
      </w:r>
      <w:r>
        <w:rPr>
          <w:lang w:eastAsia="ko-KR"/>
        </w:rPr>
        <w:t>기억에</w:t>
      </w:r>
      <w:r>
        <w:rPr>
          <w:lang w:eastAsia="ko-KR"/>
        </w:rPr>
        <w:t xml:space="preserve"> </w:t>
      </w:r>
      <w:r>
        <w:rPr>
          <w:lang w:eastAsia="ko-KR"/>
        </w:rPr>
        <w:t>남는</w:t>
      </w:r>
      <w:r>
        <w:rPr>
          <w:lang w:eastAsia="ko-KR"/>
        </w:rPr>
        <w:t xml:space="preserve"> </w:t>
      </w:r>
      <w:r>
        <w:rPr>
          <w:lang w:eastAsia="ko-KR"/>
        </w:rPr>
        <w:t>경험을</w:t>
      </w:r>
      <w:r>
        <w:rPr>
          <w:lang w:eastAsia="ko-KR"/>
        </w:rPr>
        <w:t xml:space="preserve"> </w:t>
      </w:r>
      <w:r>
        <w:rPr>
          <w:lang w:eastAsia="ko-KR"/>
        </w:rPr>
        <w:t>축적하고</w:t>
      </w:r>
      <w:r>
        <w:rPr>
          <w:lang w:eastAsia="ko-KR"/>
        </w:rPr>
        <w:t xml:space="preserve">, </w:t>
      </w:r>
      <w:r>
        <w:rPr>
          <w:lang w:eastAsia="ko-KR"/>
        </w:rPr>
        <w:t>향후</w:t>
      </w:r>
      <w:r>
        <w:rPr>
          <w:lang w:eastAsia="ko-KR"/>
        </w:rPr>
        <w:t xml:space="preserve"> </w:t>
      </w:r>
      <w:r>
        <w:rPr>
          <w:lang w:eastAsia="ko-KR"/>
        </w:rPr>
        <w:t>대학</w:t>
      </w:r>
      <w:r>
        <w:rPr>
          <w:lang w:eastAsia="ko-KR"/>
        </w:rPr>
        <w:t xml:space="preserve"> </w:t>
      </w:r>
      <w:r>
        <w:rPr>
          <w:lang w:eastAsia="ko-KR"/>
        </w:rPr>
        <w:t>홍보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학생</w:t>
      </w:r>
      <w:r>
        <w:rPr>
          <w:lang w:eastAsia="ko-KR"/>
        </w:rPr>
        <w:t xml:space="preserve"> </w:t>
      </w:r>
      <w:r>
        <w:rPr>
          <w:lang w:eastAsia="ko-KR"/>
        </w:rPr>
        <w:t>참여</w:t>
      </w:r>
      <w:r>
        <w:rPr>
          <w:lang w:eastAsia="ko-KR"/>
        </w:rPr>
        <w:t xml:space="preserve"> </w:t>
      </w:r>
      <w:r>
        <w:rPr>
          <w:lang w:eastAsia="ko-KR"/>
        </w:rPr>
        <w:t>프로그램에</w:t>
      </w:r>
      <w:r>
        <w:rPr>
          <w:lang w:eastAsia="ko-KR"/>
        </w:rPr>
        <w:t xml:space="preserve"> </w:t>
      </w:r>
      <w:r>
        <w:rPr>
          <w:lang w:eastAsia="ko-KR"/>
        </w:rPr>
        <w:t>활용할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학생</w:t>
      </w:r>
      <w:r w:rsidR="008864E2">
        <w:rPr>
          <w:rFonts w:hint="eastAsia"/>
          <w:lang w:eastAsia="ko-KR"/>
        </w:rPr>
        <w:t>들이</w:t>
      </w:r>
      <w:r>
        <w:rPr>
          <w:lang w:eastAsia="ko-KR"/>
        </w:rPr>
        <w:t xml:space="preserve"> </w:t>
      </w:r>
      <w:r>
        <w:rPr>
          <w:lang w:eastAsia="ko-KR"/>
        </w:rPr>
        <w:t>제작</w:t>
      </w:r>
      <w:r w:rsidR="008864E2">
        <w:rPr>
          <w:rFonts w:hint="eastAsia"/>
          <w:lang w:eastAsia="ko-KR"/>
        </w:rPr>
        <w:t>한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확보한다</w:t>
      </w:r>
      <w:r>
        <w:rPr>
          <w:lang w:eastAsia="ko-KR"/>
        </w:rPr>
        <w:t>.</w:t>
      </w:r>
    </w:p>
    <w:sectPr w:rsidR="00C23D50" w:rsidSect="00034616">
      <w:footerReference w:type="default" r:id="rId8"/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11B63" w14:textId="77777777" w:rsidR="00C8704B" w:rsidRDefault="00C8704B">
      <w:pPr>
        <w:spacing w:after="0" w:line="240" w:lineRule="auto"/>
      </w:pPr>
      <w:r>
        <w:separator/>
      </w:r>
    </w:p>
  </w:endnote>
  <w:endnote w:type="continuationSeparator" w:id="0">
    <w:p w14:paraId="3A08B7B0" w14:textId="77777777" w:rsidR="00C8704B" w:rsidRDefault="00C87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EE90C" w14:textId="77777777" w:rsidR="00C23D50" w:rsidRDefault="00C8704B">
    <w:pPr>
      <w:pStyle w:val="a6"/>
      <w:jc w:val="center"/>
    </w:pPr>
    <w:r>
      <w:t>Woosong University | Woosong Buddy Odyssey – Busan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4C9A" w14:textId="77777777" w:rsidR="00C8704B" w:rsidRDefault="00C8704B">
      <w:pPr>
        <w:spacing w:after="0" w:line="240" w:lineRule="auto"/>
      </w:pPr>
      <w:r>
        <w:separator/>
      </w:r>
    </w:p>
  </w:footnote>
  <w:footnote w:type="continuationSeparator" w:id="0">
    <w:p w14:paraId="1AB645BB" w14:textId="77777777" w:rsidR="00C8704B" w:rsidRDefault="00C87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927189"/>
    <w:multiLevelType w:val="hybridMultilevel"/>
    <w:tmpl w:val="49BC191A"/>
    <w:lvl w:ilvl="0" w:tplc="80FCCDD0">
      <w:start w:val="6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0FD337E2"/>
    <w:multiLevelType w:val="hybridMultilevel"/>
    <w:tmpl w:val="F4C028CE"/>
    <w:lvl w:ilvl="0" w:tplc="05445234">
      <w:start w:val="6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80E3590"/>
    <w:multiLevelType w:val="hybridMultilevel"/>
    <w:tmpl w:val="BAA49F3C"/>
    <w:lvl w:ilvl="0" w:tplc="0A8292DE">
      <w:start w:val="7"/>
      <w:numFmt w:val="bullet"/>
      <w:lvlText w:val="-"/>
      <w:lvlJc w:val="left"/>
      <w:pPr>
        <w:ind w:left="473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</w:abstractNum>
  <w:abstractNum w:abstractNumId="12" w15:restartNumberingAfterBreak="0">
    <w:nsid w:val="516C6C3A"/>
    <w:multiLevelType w:val="hybridMultilevel"/>
    <w:tmpl w:val="6F36D56A"/>
    <w:lvl w:ilvl="0" w:tplc="5A26F504">
      <w:start w:val="6"/>
      <w:numFmt w:val="bullet"/>
      <w:lvlText w:val="·"/>
      <w:lvlJc w:val="left"/>
      <w:pPr>
        <w:ind w:left="513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</w:abstractNum>
  <w:abstractNum w:abstractNumId="13" w15:restartNumberingAfterBreak="0">
    <w:nsid w:val="64486CA9"/>
    <w:multiLevelType w:val="hybridMultilevel"/>
    <w:tmpl w:val="E23A5750"/>
    <w:lvl w:ilvl="0" w:tplc="8E56F3A6">
      <w:start w:val="6"/>
      <w:numFmt w:val="bullet"/>
      <w:lvlText w:val="·"/>
      <w:lvlJc w:val="left"/>
      <w:pPr>
        <w:ind w:left="473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</w:abstractNum>
  <w:abstractNum w:abstractNumId="14" w15:restartNumberingAfterBreak="0">
    <w:nsid w:val="67B90352"/>
    <w:multiLevelType w:val="hybridMultilevel"/>
    <w:tmpl w:val="4D04F8EE"/>
    <w:lvl w:ilvl="0" w:tplc="5A26F504">
      <w:start w:val="6"/>
      <w:numFmt w:val="bullet"/>
      <w:lvlText w:val="·"/>
      <w:lvlJc w:val="left"/>
      <w:pPr>
        <w:ind w:left="473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12"/>
  </w:num>
  <w:num w:numId="12">
    <w:abstractNumId w:val="10"/>
  </w:num>
  <w:num w:numId="13">
    <w:abstractNumId w:val="1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47147"/>
    <w:rsid w:val="008864E2"/>
    <w:rsid w:val="00AA1D8D"/>
    <w:rsid w:val="00B47730"/>
    <w:rsid w:val="00C23D50"/>
    <w:rsid w:val="00C8704B"/>
    <w:rsid w:val="00CB0664"/>
    <w:rsid w:val="00CB2665"/>
    <w:rsid w:val="00D14A73"/>
    <w:rsid w:val="00DC1DAB"/>
    <w:rsid w:val="00F1236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D9E732"/>
  <w14:defaultImageDpi w14:val="300"/>
  <w15:docId w15:val="{17659C37-C79D-4237-819A-CEA793CE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Duke Park</cp:lastModifiedBy>
  <cp:revision>4</cp:revision>
  <dcterms:created xsi:type="dcterms:W3CDTF">2026-09-14T04:30:00Z</dcterms:created>
  <dcterms:modified xsi:type="dcterms:W3CDTF">2026-09-14T04:32:00Z</dcterms:modified>
  <cp:category/>
</cp:coreProperties>
</file>